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3F010C" w14:textId="77777777" w:rsidR="003235C7" w:rsidRDefault="00116A4D">
      <w:pPr>
        <w:spacing w:after="0"/>
      </w:pPr>
      <w:r>
        <w:rPr>
          <w:b/>
          <w:color w:val="E86F0C"/>
          <w:sz w:val="17"/>
        </w:rPr>
        <w:t>DIVE IN 2026  |  ARBEIDSARK CASE 3</w:t>
      </w:r>
    </w:p>
    <w:p w14:paraId="3F180C1E" w14:textId="77777777" w:rsidR="003235C7" w:rsidRDefault="00116A4D">
      <w:pPr>
        <w:spacing w:after="0"/>
        <w:jc w:val="center"/>
      </w:pPr>
      <w:r>
        <w:rPr>
          <w:rFonts w:ascii="Aptos Display" w:hAnsi="Aptos Display"/>
          <w:b/>
          <w:color w:val="123A63"/>
          <w:sz w:val="40"/>
        </w:rPr>
        <w:t>Fartsutvikling, modning og egen utviklingsforståelse</w:t>
      </w:r>
    </w:p>
    <w:p w14:paraId="18959DD0" w14:textId="77777777" w:rsidR="003235C7" w:rsidRDefault="00116A4D">
      <w:pPr>
        <w:spacing w:after="60"/>
        <w:jc w:val="center"/>
      </w:pPr>
      <w:r>
        <w:rPr>
          <w:color w:val="526274"/>
          <w:sz w:val="20"/>
        </w:rPr>
        <w:t>Lag en konkret fartsdel på 20–25 minutter innenfor en 75-minutters økt  |  13–15 år</w:t>
      </w:r>
    </w:p>
    <w:tbl>
      <w:tblPr>
        <w:tblW w:w="0" w:type="auto"/>
        <w:jc w:val="center"/>
        <w:tblBorders>
          <w:top w:val="single" w:sz="8" w:space="0" w:color="E86F0C"/>
          <w:left w:val="single" w:sz="8" w:space="0" w:color="E86F0C"/>
          <w:bottom w:val="single" w:sz="8" w:space="0" w:color="E86F0C"/>
          <w:right w:val="single" w:sz="8" w:space="0" w:color="E86F0C"/>
          <w:insideH w:val="single" w:sz="8" w:space="0" w:color="E86F0C"/>
          <w:insideV w:val="single" w:sz="8" w:space="0" w:color="E86F0C"/>
        </w:tblBorders>
        <w:tblLayout w:type="fixed"/>
        <w:tblLook w:val="04A0" w:firstRow="1" w:lastRow="0" w:firstColumn="1" w:lastColumn="0" w:noHBand="0" w:noVBand="1"/>
      </w:tblPr>
      <w:tblGrid>
        <w:gridCol w:w="12869"/>
        <w:gridCol w:w="9921"/>
      </w:tblGrid>
      <w:tr w:rsidR="003235C7" w14:paraId="5BE91A9B" w14:textId="77777777">
        <w:trPr>
          <w:jc w:val="center"/>
        </w:trPr>
        <w:tc>
          <w:tcPr>
            <w:tcW w:w="12869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ED3EFE8" w14:textId="77777777" w:rsidR="003235C7" w:rsidRDefault="00116A4D">
            <w:proofErr w:type="spellStart"/>
            <w:r>
              <w:rPr>
                <w:b/>
                <w:color w:val="E86F0C"/>
                <w:sz w:val="18"/>
              </w:rPr>
              <w:t>OPPDRAG</w:t>
            </w:r>
            <w:proofErr w:type="spellEnd"/>
          </w:p>
          <w:p w14:paraId="63A76BB9" w14:textId="77777777" w:rsidR="003235C7" w:rsidRDefault="00116A4D">
            <w:pPr>
              <w:spacing w:after="0"/>
            </w:pPr>
            <w:r>
              <w:rPr>
                <w:sz w:val="15"/>
              </w:rPr>
              <w:t>Planlegg en konkret fartsøkt eller fartsserie. Velg én delferdighet og vis hvordan utøveren forutsier, gjennomfører, egenvurderer, sammenligner og justerer neste forsøk.</w:t>
            </w:r>
          </w:p>
        </w:tc>
        <w:tc>
          <w:tcPr>
            <w:tcW w:w="9921" w:type="dxa"/>
            <w:shd w:val="clear" w:color="auto" w:fill="FFF0E4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28DC8D3F" w14:textId="77777777" w:rsidR="003235C7" w:rsidRDefault="00116A4D">
            <w:r>
              <w:rPr>
                <w:b/>
                <w:color w:val="E86F0C"/>
                <w:sz w:val="18"/>
              </w:rPr>
              <w:t>RAMMEBETINGELSER</w:t>
            </w:r>
          </w:p>
          <w:p w14:paraId="30237916" w14:textId="77777777" w:rsidR="003235C7" w:rsidRDefault="00116A4D">
            <w:pPr>
              <w:spacing w:after="0"/>
            </w:pPr>
            <w:r>
              <w:rPr>
                <w:sz w:val="15"/>
              </w:rPr>
              <w:t>16 utøvere · 2 baner · 1 trener + 1 assistent</w:t>
            </w:r>
            <w:r>
              <w:rPr>
                <w:sz w:val="15"/>
              </w:rPr>
              <w:br/>
              <w:t>Ulik fart, modning og teknisk stabilitet</w:t>
            </w:r>
            <w:r>
              <w:rPr>
                <w:sz w:val="15"/>
              </w:rPr>
              <w:br/>
              <w:t>Klokke, markører, finner · kort video mulig</w:t>
            </w:r>
          </w:p>
        </w:tc>
      </w:tr>
    </w:tbl>
    <w:p w14:paraId="18AE8F71" w14:textId="77777777" w:rsidR="003235C7" w:rsidRDefault="00116A4D">
      <w:pPr>
        <w:spacing w:after="20"/>
      </w:pPr>
      <w:r>
        <w:rPr>
          <w:b/>
          <w:color w:val="123A63"/>
          <w:sz w:val="21"/>
        </w:rPr>
        <w:t>1. MÅL OG PRIORITERT DELFERDIGHET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5669"/>
        <w:gridCol w:w="5669"/>
        <w:gridCol w:w="5669"/>
      </w:tblGrid>
      <w:tr w:rsidR="003235C7" w14:paraId="0AAD1036" w14:textId="77777777">
        <w:trPr>
          <w:jc w:val="center"/>
        </w:trPr>
        <w:tc>
          <w:tcPr>
            <w:tcW w:w="5669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7BC1A170" w14:textId="77777777" w:rsidR="003235C7" w:rsidRDefault="00116A4D">
            <w:r>
              <w:rPr>
                <w:b/>
                <w:color w:val="E86F0C"/>
              </w:rPr>
              <w:t>Velg én delferdighet</w:t>
            </w:r>
          </w:p>
          <w:p w14:paraId="4E5B3927" w14:textId="3585B817" w:rsidR="003235C7" w:rsidRDefault="00116A4D">
            <w:pPr>
              <w:spacing w:after="0"/>
            </w:pPr>
            <w:r>
              <w:rPr>
                <w:sz w:val="14"/>
              </w:rPr>
              <w:t xml:space="preserve">☐ Start   ☐ </w:t>
            </w:r>
            <w:proofErr w:type="spellStart"/>
            <w:r>
              <w:rPr>
                <w:sz w:val="14"/>
              </w:rPr>
              <w:t>Undervannsarbeid</w:t>
            </w:r>
            <w:proofErr w:type="spellEnd"/>
            <w:r w:rsidR="00302800">
              <w:rPr>
                <w:sz w:val="14"/>
              </w:rPr>
              <w:t xml:space="preserve">   </w:t>
            </w:r>
            <w:r>
              <w:rPr>
                <w:sz w:val="14"/>
              </w:rPr>
              <w:t xml:space="preserve">☐ </w:t>
            </w:r>
            <w:proofErr w:type="spellStart"/>
            <w:r>
              <w:rPr>
                <w:sz w:val="14"/>
              </w:rPr>
              <w:t>Teknisk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kvalitet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ved</w:t>
            </w:r>
            <w:proofErr w:type="spellEnd"/>
            <w:r>
              <w:rPr>
                <w:sz w:val="14"/>
              </w:rPr>
              <w:t xml:space="preserve"> høy fart</w:t>
            </w:r>
          </w:p>
        </w:tc>
        <w:tc>
          <w:tcPr>
            <w:tcW w:w="5669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CAC6390" w14:textId="77777777" w:rsidR="003235C7" w:rsidRDefault="00116A4D">
            <w:r>
              <w:rPr>
                <w:b/>
                <w:color w:val="E86F0C"/>
              </w:rPr>
              <w:t>Hovedmål</w:t>
            </w:r>
          </w:p>
          <w:p w14:paraId="5F7CC219" w14:textId="77777777" w:rsidR="00302800" w:rsidRDefault="00116A4D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Etter fartsdelen skal utøveren kunne …</w:t>
            </w:r>
            <w:r>
              <w:rPr>
                <w:sz w:val="14"/>
              </w:rPr>
              <w:br/>
            </w:r>
          </w:p>
          <w:p w14:paraId="1C744F5A" w14:textId="65F412A9" w:rsidR="003235C7" w:rsidRDefault="00116A4D">
            <w:pPr>
              <w:spacing w:after="0"/>
            </w:pPr>
            <w:r>
              <w:rPr>
                <w:sz w:val="14"/>
              </w:rPr>
              <w:t>________________________</w:t>
            </w:r>
          </w:p>
        </w:tc>
        <w:tc>
          <w:tcPr>
            <w:tcW w:w="5669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3514E07A" w14:textId="77777777" w:rsidR="003235C7" w:rsidRDefault="00116A4D">
            <w:r>
              <w:rPr>
                <w:b/>
                <w:color w:val="E86F0C"/>
              </w:rPr>
              <w:t>Kvalitetskriterium</w:t>
            </w:r>
          </w:p>
          <w:p w14:paraId="3F74C774" w14:textId="77777777" w:rsidR="00302800" w:rsidRDefault="00116A4D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Vi ser etter …</w:t>
            </w:r>
            <w:r>
              <w:rPr>
                <w:sz w:val="14"/>
              </w:rPr>
              <w:br/>
            </w:r>
          </w:p>
          <w:p w14:paraId="7CF4654F" w14:textId="2D660FB1" w:rsidR="003235C7" w:rsidRDefault="00116A4D">
            <w:pPr>
              <w:spacing w:after="0"/>
            </w:pPr>
            <w:r>
              <w:rPr>
                <w:sz w:val="14"/>
              </w:rPr>
              <w:t>________________________</w:t>
            </w:r>
          </w:p>
        </w:tc>
        <w:tc>
          <w:tcPr>
            <w:tcW w:w="5669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46DF825B" w14:textId="77777777" w:rsidR="003235C7" w:rsidRDefault="00116A4D">
            <w:r>
              <w:rPr>
                <w:b/>
                <w:color w:val="E86F0C"/>
              </w:rPr>
              <w:t>Egenvurdering</w:t>
            </w:r>
          </w:p>
          <w:p w14:paraId="71636131" w14:textId="77777777" w:rsidR="00302800" w:rsidRDefault="00116A4D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Utøveren skal vurdere …</w:t>
            </w:r>
            <w:r>
              <w:rPr>
                <w:sz w:val="14"/>
              </w:rPr>
              <w:br/>
            </w:r>
          </w:p>
          <w:p w14:paraId="0798C43D" w14:textId="7E1471EC" w:rsidR="003235C7" w:rsidRDefault="00116A4D">
            <w:pPr>
              <w:spacing w:after="0"/>
            </w:pPr>
            <w:r>
              <w:rPr>
                <w:sz w:val="14"/>
              </w:rPr>
              <w:t>________________________</w:t>
            </w:r>
          </w:p>
        </w:tc>
      </w:tr>
    </w:tbl>
    <w:p w14:paraId="2C539600" w14:textId="77777777" w:rsidR="003235C7" w:rsidRDefault="00116A4D">
      <w:pPr>
        <w:spacing w:after="0"/>
      </w:pPr>
      <w:r>
        <w:rPr>
          <w:b/>
          <w:color w:val="123A63"/>
          <w:sz w:val="25"/>
        </w:rPr>
        <w:t>2. KONKRET ØKTPLAN</w:t>
      </w:r>
    </w:p>
    <w:p w14:paraId="1DAE4230" w14:textId="77777777" w:rsidR="003235C7" w:rsidRDefault="00116A4D">
      <w:pPr>
        <w:spacing w:after="20"/>
      </w:pPr>
      <w:r>
        <w:rPr>
          <w:color w:val="526274"/>
          <w:sz w:val="14"/>
        </w:rPr>
        <w:t>Angi mengde, kvalitet og pauser. Avgrens til én delferdighet og gi utøveren et nytt forsøk etter egenvurderingen.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3515"/>
        <w:gridCol w:w="2324"/>
        <w:gridCol w:w="3118"/>
        <w:gridCol w:w="3231"/>
        <w:gridCol w:w="3458"/>
        <w:gridCol w:w="3231"/>
        <w:gridCol w:w="2721"/>
      </w:tblGrid>
      <w:tr w:rsidR="003235C7" w14:paraId="3BC20B43" w14:textId="77777777">
        <w:trPr>
          <w:jc w:val="center"/>
        </w:trPr>
        <w:tc>
          <w:tcPr>
            <w:tcW w:w="964" w:type="dxa"/>
            <w:shd w:val="clear" w:color="auto" w:fill="123A6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2DEA27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Tid</w:t>
            </w:r>
          </w:p>
        </w:tc>
        <w:tc>
          <w:tcPr>
            <w:tcW w:w="3515" w:type="dxa"/>
            <w:shd w:val="clear" w:color="auto" w:fill="123A6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7CB549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Konkret fartsoppgave</w:t>
            </w:r>
          </w:p>
        </w:tc>
        <w:tc>
          <w:tcPr>
            <w:tcW w:w="2324" w:type="dxa"/>
            <w:shd w:val="clear" w:color="auto" w:fill="123A6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436033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Mengde / rep.</w:t>
            </w:r>
          </w:p>
        </w:tc>
        <w:tc>
          <w:tcPr>
            <w:tcW w:w="3118" w:type="dxa"/>
            <w:shd w:val="clear" w:color="auto" w:fill="123A6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CE6497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Kvalitet / intensitet / pause</w:t>
            </w:r>
          </w:p>
        </w:tc>
        <w:tc>
          <w:tcPr>
            <w:tcW w:w="3231" w:type="dxa"/>
            <w:shd w:val="clear" w:color="auto" w:fill="123A6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FF5A315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Organisering / hjelpemidler</w:t>
            </w:r>
          </w:p>
        </w:tc>
        <w:tc>
          <w:tcPr>
            <w:tcW w:w="3458" w:type="dxa"/>
            <w:shd w:val="clear" w:color="auto" w:fill="123A6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7E5F9B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Utøverens fokus / egenvurdering</w:t>
            </w:r>
          </w:p>
        </w:tc>
        <w:tc>
          <w:tcPr>
            <w:tcW w:w="3231" w:type="dxa"/>
            <w:shd w:val="clear" w:color="auto" w:fill="123A6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268444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Trenerhandling</w:t>
            </w:r>
          </w:p>
        </w:tc>
        <w:tc>
          <w:tcPr>
            <w:tcW w:w="2721" w:type="dxa"/>
            <w:shd w:val="clear" w:color="auto" w:fill="123A6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ACFF11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Mikrotilpasning</w:t>
            </w:r>
          </w:p>
        </w:tc>
      </w:tr>
      <w:tr w:rsidR="003235C7" w14:paraId="4F2AD1A2" w14:textId="77777777">
        <w:trPr>
          <w:jc w:val="center"/>
        </w:trPr>
        <w:tc>
          <w:tcPr>
            <w:tcW w:w="96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36EC3F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11FDBC" w14:textId="77777777" w:rsidR="003235C7" w:rsidRDefault="00116A4D">
            <w:pPr>
              <w:spacing w:after="0"/>
            </w:pPr>
            <w:r>
              <w:rPr>
                <w:color w:val="526274"/>
                <w:sz w:val="14"/>
              </w:rPr>
              <w:t>Forberedelse / innledning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93FEEC4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B78409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5114E6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45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9BAE44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796A6E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F4BE07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</w:tr>
      <w:tr w:rsidR="003235C7" w14:paraId="149FCACF" w14:textId="77777777">
        <w:trPr>
          <w:jc w:val="center"/>
        </w:trPr>
        <w:tc>
          <w:tcPr>
            <w:tcW w:w="96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B90B72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F8D4DB" w14:textId="77777777" w:rsidR="003235C7" w:rsidRDefault="00116A4D">
            <w:pPr>
              <w:spacing w:after="0"/>
            </w:pPr>
            <w:r>
              <w:rPr>
                <w:color w:val="526274"/>
                <w:sz w:val="14"/>
              </w:rPr>
              <w:t>Forutsi før første forsøk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0A9121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6E61FA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B17622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45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0DC6AE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8BA9E6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01A83D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</w:tr>
      <w:tr w:rsidR="003235C7" w14:paraId="6157825D" w14:textId="77777777">
        <w:trPr>
          <w:jc w:val="center"/>
        </w:trPr>
        <w:tc>
          <w:tcPr>
            <w:tcW w:w="96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3425D7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9C9440" w14:textId="77777777" w:rsidR="003235C7" w:rsidRDefault="00116A4D">
            <w:pPr>
              <w:spacing w:after="0"/>
            </w:pPr>
            <w:r>
              <w:rPr>
                <w:color w:val="526274"/>
                <w:sz w:val="14"/>
              </w:rPr>
              <w:t>Første forsøk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F051B7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37B939F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DB392B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45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2CEA81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2D466F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F3D5A1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</w:tr>
      <w:tr w:rsidR="003235C7" w14:paraId="6C7EB398" w14:textId="77777777">
        <w:trPr>
          <w:jc w:val="center"/>
        </w:trPr>
        <w:tc>
          <w:tcPr>
            <w:tcW w:w="96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3113CE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D1C6DC" w14:textId="77777777" w:rsidR="003235C7" w:rsidRDefault="00116A4D">
            <w:pPr>
              <w:spacing w:after="0"/>
            </w:pPr>
            <w:r>
              <w:rPr>
                <w:color w:val="526274"/>
                <w:sz w:val="14"/>
              </w:rPr>
              <w:t>Egenvurdere og sammenligne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C6DE08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40B957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130FAE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45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4D4E37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CBE832D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BB1E1A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</w:tr>
      <w:tr w:rsidR="003235C7" w14:paraId="68C268A4" w14:textId="77777777">
        <w:trPr>
          <w:jc w:val="center"/>
        </w:trPr>
        <w:tc>
          <w:tcPr>
            <w:tcW w:w="96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BCBAA4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50F920" w14:textId="77777777" w:rsidR="003235C7" w:rsidRDefault="00116A4D">
            <w:pPr>
              <w:spacing w:after="0"/>
            </w:pPr>
            <w:r>
              <w:rPr>
                <w:color w:val="526274"/>
                <w:sz w:val="14"/>
              </w:rPr>
              <w:t>Justert forsøk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720868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B95812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747FA8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45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2370F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170AEC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ADCB9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</w:tr>
      <w:tr w:rsidR="003235C7" w14:paraId="5951AB63" w14:textId="77777777">
        <w:trPr>
          <w:jc w:val="center"/>
        </w:trPr>
        <w:tc>
          <w:tcPr>
            <w:tcW w:w="96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3547B4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0C7BFC" w14:textId="77777777" w:rsidR="003235C7" w:rsidRDefault="00116A4D">
            <w:pPr>
              <w:spacing w:after="0"/>
            </w:pPr>
            <w:r>
              <w:rPr>
                <w:color w:val="526274"/>
                <w:sz w:val="14"/>
              </w:rPr>
              <w:t>Avslutning / utviklingspunkt</w:t>
            </w:r>
            <w:r>
              <w:rPr>
                <w:color w:val="526274"/>
                <w:sz w:val="14"/>
              </w:rPr>
              <w:br/>
            </w:r>
          </w:p>
        </w:tc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FD6A35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E0502B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703E18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458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E0AC23C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323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CA5562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3A656C" w14:textId="77777777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br/>
            </w:r>
            <w:r>
              <w:rPr>
                <w:color w:val="17263A"/>
                <w:sz w:val="14"/>
              </w:rPr>
              <w:br/>
            </w:r>
          </w:p>
        </w:tc>
      </w:tr>
    </w:tbl>
    <w:p w14:paraId="2D28D5EC" w14:textId="77777777" w:rsidR="003235C7" w:rsidRDefault="00116A4D">
      <w:pPr>
        <w:spacing w:after="20"/>
      </w:pPr>
      <w:r>
        <w:rPr>
          <w:b/>
          <w:color w:val="123A63"/>
          <w:sz w:val="20"/>
        </w:rPr>
        <w:t>3. TRE PUNKTER GRUPPEN SKAL PRESENTERE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7540"/>
        <w:gridCol w:w="7540"/>
        <w:gridCol w:w="7540"/>
      </w:tblGrid>
      <w:tr w:rsidR="003235C7" w14:paraId="427B95A7" w14:textId="77777777">
        <w:trPr>
          <w:jc w:val="center"/>
        </w:trPr>
        <w:tc>
          <w:tcPr>
            <w:tcW w:w="7540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2A39A3A" w14:textId="77777777" w:rsidR="003235C7" w:rsidRDefault="00116A4D">
            <w:r>
              <w:rPr>
                <w:b/>
                <w:color w:val="E86F0C"/>
              </w:rPr>
              <w:t>TRENINGSFAGLIG VALG</w:t>
            </w:r>
          </w:p>
          <w:p w14:paraId="2D1A74D9" w14:textId="77777777" w:rsidR="0033632D" w:rsidRDefault="00116A4D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Hva er viktigst ved delferdighet, mengde, kvalitet eller pause?</w:t>
            </w:r>
            <w:r>
              <w:rPr>
                <w:sz w:val="14"/>
              </w:rPr>
              <w:br/>
            </w:r>
          </w:p>
          <w:p w14:paraId="3346DA6F" w14:textId="77777777" w:rsidR="0033632D" w:rsidRDefault="0033632D">
            <w:pPr>
              <w:spacing w:after="0"/>
              <w:rPr>
                <w:sz w:val="14"/>
              </w:rPr>
            </w:pPr>
          </w:p>
          <w:p w14:paraId="0C00DBBA" w14:textId="77777777" w:rsidR="0033632D" w:rsidRDefault="0033632D">
            <w:pPr>
              <w:spacing w:after="0"/>
              <w:rPr>
                <w:sz w:val="14"/>
              </w:rPr>
            </w:pPr>
          </w:p>
          <w:p w14:paraId="29604E3B" w14:textId="4036A912" w:rsidR="003235C7" w:rsidRDefault="00116A4D">
            <w:pPr>
              <w:spacing w:after="0"/>
            </w:pPr>
            <w:r>
              <w:rPr>
                <w:sz w:val="14"/>
              </w:rPr>
              <w:t>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EA5F8E2" w14:textId="77777777" w:rsidR="003235C7" w:rsidRDefault="00116A4D">
            <w:r>
              <w:rPr>
                <w:b/>
                <w:color w:val="2E7D4A"/>
              </w:rPr>
              <w:t>KONKRET TRENERHANDLING</w:t>
            </w:r>
          </w:p>
          <w:p w14:paraId="73A824A1" w14:textId="77777777" w:rsidR="0033632D" w:rsidRDefault="00116A4D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Hva gjør eller sier treneren før egen vurdering?</w:t>
            </w:r>
            <w:r>
              <w:rPr>
                <w:sz w:val="14"/>
              </w:rPr>
              <w:br/>
            </w:r>
          </w:p>
          <w:p w14:paraId="47444453" w14:textId="77777777" w:rsidR="0033632D" w:rsidRDefault="0033632D">
            <w:pPr>
              <w:spacing w:after="0"/>
              <w:rPr>
                <w:sz w:val="14"/>
              </w:rPr>
            </w:pPr>
          </w:p>
          <w:p w14:paraId="4B47E7F8" w14:textId="77777777" w:rsidR="0033632D" w:rsidRDefault="0033632D">
            <w:pPr>
              <w:spacing w:after="0"/>
              <w:rPr>
                <w:sz w:val="14"/>
              </w:rPr>
            </w:pPr>
          </w:p>
          <w:p w14:paraId="7049F2EE" w14:textId="20FDFFB8" w:rsidR="003235C7" w:rsidRDefault="00116A4D">
            <w:pPr>
              <w:spacing w:after="0"/>
            </w:pPr>
            <w:r>
              <w:rPr>
                <w:sz w:val="14"/>
              </w:rPr>
              <w:t>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FF985FA" w14:textId="77777777" w:rsidR="003235C7" w:rsidRDefault="00116A4D">
            <w:r>
              <w:rPr>
                <w:b/>
                <w:color w:val="0877BE"/>
              </w:rPr>
              <w:t>MIKROTILPASNING</w:t>
            </w:r>
          </w:p>
          <w:p w14:paraId="75C6D639" w14:textId="77777777" w:rsidR="0033632D" w:rsidRDefault="00116A4D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Hvordan får ulike utøvere passende utfordring?</w:t>
            </w:r>
            <w:r>
              <w:rPr>
                <w:sz w:val="14"/>
              </w:rPr>
              <w:br/>
            </w:r>
          </w:p>
          <w:p w14:paraId="10DAA427" w14:textId="77777777" w:rsidR="0033632D" w:rsidRDefault="0033632D">
            <w:pPr>
              <w:spacing w:after="0"/>
              <w:rPr>
                <w:sz w:val="14"/>
              </w:rPr>
            </w:pPr>
          </w:p>
          <w:p w14:paraId="381CC241" w14:textId="77777777" w:rsidR="0033632D" w:rsidRDefault="0033632D">
            <w:pPr>
              <w:spacing w:after="0"/>
              <w:rPr>
                <w:sz w:val="14"/>
              </w:rPr>
            </w:pPr>
          </w:p>
          <w:p w14:paraId="0295A8DB" w14:textId="2ED83958" w:rsidR="003235C7" w:rsidRDefault="00116A4D">
            <w:pPr>
              <w:spacing w:after="0"/>
            </w:pPr>
            <w:r>
              <w:rPr>
                <w:sz w:val="14"/>
              </w:rPr>
              <w:t>____________________________</w:t>
            </w:r>
          </w:p>
        </w:tc>
      </w:tr>
    </w:tbl>
    <w:p w14:paraId="1A28F513" w14:textId="77777777" w:rsidR="003235C7" w:rsidRDefault="00116A4D">
      <w:pPr>
        <w:spacing w:after="20"/>
      </w:pPr>
      <w:r>
        <w:rPr>
          <w:b/>
          <w:color w:val="123A63"/>
          <w:sz w:val="20"/>
        </w:rPr>
        <w:t>4. VIDERE UTVIKLING – FRA DENNE ØKTEN TIL NESTE PERIODE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7546"/>
        <w:gridCol w:w="7546"/>
        <w:gridCol w:w="7546"/>
      </w:tblGrid>
      <w:tr w:rsidR="003235C7" w14:paraId="44E25ED4" w14:textId="77777777" w:rsidTr="00BE75D1">
        <w:trPr>
          <w:jc w:val="center"/>
        </w:trPr>
        <w:tc>
          <w:tcPr>
            <w:tcW w:w="7546" w:type="dxa"/>
            <w:shd w:val="clear" w:color="auto" w:fill="E86F0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4E965F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</w:rPr>
              <w:t>NESTE ØKT</w:t>
            </w:r>
          </w:p>
        </w:tc>
        <w:tc>
          <w:tcPr>
            <w:tcW w:w="7546" w:type="dxa"/>
            <w:shd w:val="clear" w:color="auto" w:fill="E86F0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B8464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</w:rPr>
              <w:t>NESTE UKE</w:t>
            </w:r>
          </w:p>
        </w:tc>
        <w:tc>
          <w:tcPr>
            <w:tcW w:w="7546" w:type="dxa"/>
            <w:shd w:val="clear" w:color="auto" w:fill="E86F0C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42CDEA" w14:textId="77777777" w:rsidR="003235C7" w:rsidRDefault="00116A4D">
            <w:pPr>
              <w:spacing w:after="0"/>
              <w:jc w:val="center"/>
            </w:pPr>
            <w:r>
              <w:rPr>
                <w:b/>
                <w:color w:val="FFFFFF"/>
              </w:rPr>
              <w:t>PERIODE / MÅNED</w:t>
            </w:r>
          </w:p>
        </w:tc>
      </w:tr>
      <w:tr w:rsidR="003235C7" w14:paraId="76DBC435" w14:textId="77777777" w:rsidTr="00BE75D1">
        <w:trPr>
          <w:jc w:val="center"/>
        </w:trPr>
        <w:tc>
          <w:tcPr>
            <w:tcW w:w="7546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5D375F" w14:textId="77777777" w:rsidR="0033632D" w:rsidRDefault="00116A4D">
            <w:pPr>
              <w:spacing w:after="0"/>
              <w:rPr>
                <w:color w:val="17263A"/>
                <w:sz w:val="14"/>
              </w:rPr>
            </w:pPr>
            <w:r>
              <w:rPr>
                <w:color w:val="17263A"/>
                <w:sz w:val="14"/>
              </w:rPr>
              <w:t>Hva skal videreføres, gjentas eller justeres?</w:t>
            </w:r>
            <w:r>
              <w:rPr>
                <w:color w:val="17263A"/>
                <w:sz w:val="14"/>
              </w:rPr>
              <w:br/>
            </w:r>
          </w:p>
          <w:p w14:paraId="5AD811AB" w14:textId="77777777" w:rsidR="0033632D" w:rsidRDefault="0033632D">
            <w:pPr>
              <w:spacing w:after="0"/>
              <w:rPr>
                <w:color w:val="17263A"/>
                <w:sz w:val="14"/>
              </w:rPr>
            </w:pPr>
          </w:p>
          <w:p w14:paraId="4E247ED1" w14:textId="77777777" w:rsidR="0033632D" w:rsidRDefault="0033632D">
            <w:pPr>
              <w:spacing w:after="0"/>
              <w:rPr>
                <w:color w:val="17263A"/>
                <w:sz w:val="14"/>
              </w:rPr>
            </w:pPr>
          </w:p>
          <w:p w14:paraId="3B5CB62B" w14:textId="2DF29400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t>____________________________________</w:t>
            </w:r>
          </w:p>
        </w:tc>
        <w:tc>
          <w:tcPr>
            <w:tcW w:w="7546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A5F6F2" w14:textId="77777777" w:rsidR="0033632D" w:rsidRDefault="00116A4D">
            <w:pPr>
              <w:spacing w:after="0"/>
              <w:rPr>
                <w:color w:val="17263A"/>
                <w:sz w:val="14"/>
              </w:rPr>
            </w:pPr>
            <w:r>
              <w:rPr>
                <w:color w:val="17263A"/>
                <w:sz w:val="14"/>
              </w:rPr>
              <w:t>Hvordan bygges delferdigheten videre gjennom ukens økter?</w:t>
            </w:r>
            <w:r>
              <w:rPr>
                <w:color w:val="17263A"/>
                <w:sz w:val="14"/>
              </w:rPr>
              <w:br/>
            </w:r>
          </w:p>
          <w:p w14:paraId="3DFE6176" w14:textId="77777777" w:rsidR="0033632D" w:rsidRDefault="0033632D">
            <w:pPr>
              <w:spacing w:after="0"/>
              <w:rPr>
                <w:color w:val="17263A"/>
                <w:sz w:val="14"/>
              </w:rPr>
            </w:pPr>
          </w:p>
          <w:p w14:paraId="56C9624C" w14:textId="77777777" w:rsidR="0033632D" w:rsidRDefault="0033632D">
            <w:pPr>
              <w:spacing w:after="0"/>
              <w:rPr>
                <w:color w:val="17263A"/>
                <w:sz w:val="14"/>
              </w:rPr>
            </w:pPr>
          </w:p>
          <w:p w14:paraId="6EC57093" w14:textId="62EDC5C8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t>____________________________________</w:t>
            </w:r>
          </w:p>
        </w:tc>
        <w:tc>
          <w:tcPr>
            <w:tcW w:w="7546" w:type="dxa"/>
            <w:shd w:val="clear" w:color="auto" w:fill="F5F8FB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2D056" w14:textId="77777777" w:rsidR="0033632D" w:rsidRDefault="00116A4D">
            <w:pPr>
              <w:spacing w:after="0"/>
              <w:rPr>
                <w:color w:val="17263A"/>
                <w:sz w:val="14"/>
              </w:rPr>
            </w:pPr>
            <w:r>
              <w:rPr>
                <w:color w:val="17263A"/>
                <w:sz w:val="14"/>
              </w:rPr>
              <w:t>Hva skal utvikles, og hva skal utøveren gradvis kunne vurdere mer selvstendig?</w:t>
            </w:r>
            <w:r>
              <w:rPr>
                <w:color w:val="17263A"/>
                <w:sz w:val="14"/>
              </w:rPr>
              <w:br/>
            </w:r>
          </w:p>
          <w:p w14:paraId="2F192C7B" w14:textId="77777777" w:rsidR="0033632D" w:rsidRDefault="0033632D">
            <w:pPr>
              <w:spacing w:after="0"/>
              <w:rPr>
                <w:color w:val="17263A"/>
                <w:sz w:val="14"/>
              </w:rPr>
            </w:pPr>
          </w:p>
          <w:p w14:paraId="7A03ED2C" w14:textId="77777777" w:rsidR="0033632D" w:rsidRDefault="0033632D">
            <w:pPr>
              <w:spacing w:after="0"/>
              <w:rPr>
                <w:color w:val="17263A"/>
                <w:sz w:val="14"/>
              </w:rPr>
            </w:pPr>
          </w:p>
          <w:p w14:paraId="277CB941" w14:textId="73CC2713" w:rsidR="003235C7" w:rsidRDefault="00116A4D">
            <w:pPr>
              <w:spacing w:after="0"/>
            </w:pPr>
            <w:r>
              <w:rPr>
                <w:color w:val="17263A"/>
                <w:sz w:val="14"/>
              </w:rPr>
              <w:t>____________________________________</w:t>
            </w:r>
          </w:p>
        </w:tc>
      </w:tr>
    </w:tbl>
    <w:p w14:paraId="3A569E5C" w14:textId="77777777" w:rsidR="00116A4D" w:rsidRDefault="00116A4D"/>
    <w:sectPr w:rsidR="00116A4D" w:rsidSect="00034616">
      <w:footerReference w:type="default" r:id="rId11"/>
      <w:pgSz w:w="23811" w:h="16838" w:orient="landscape"/>
      <w:pgMar w:top="312" w:right="454" w:bottom="312" w:left="4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1E2479" w14:textId="77777777" w:rsidR="007A570B" w:rsidRDefault="007A570B">
      <w:pPr>
        <w:spacing w:after="0" w:line="240" w:lineRule="auto"/>
      </w:pPr>
      <w:r>
        <w:separator/>
      </w:r>
    </w:p>
  </w:endnote>
  <w:endnote w:type="continuationSeparator" w:id="0">
    <w:p w14:paraId="48F85644" w14:textId="77777777" w:rsidR="007A570B" w:rsidRDefault="007A5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EC9676" w14:textId="77777777" w:rsidR="003235C7" w:rsidRDefault="00116A4D">
    <w:pPr>
      <w:pStyle w:val="Bunntekst"/>
      <w:jc w:val="center"/>
    </w:pPr>
    <w:proofErr w:type="spellStart"/>
    <w:r>
      <w:rPr>
        <w:color w:val="526274"/>
        <w:sz w:val="14"/>
      </w:rPr>
      <w:t>Norges</w:t>
    </w:r>
    <w:proofErr w:type="spellEnd"/>
    <w:r>
      <w:rPr>
        <w:color w:val="526274"/>
        <w:sz w:val="14"/>
      </w:rPr>
      <w:t xml:space="preserve"> </w:t>
    </w:r>
    <w:proofErr w:type="spellStart"/>
    <w:r>
      <w:rPr>
        <w:color w:val="526274"/>
        <w:sz w:val="14"/>
      </w:rPr>
      <w:t>Svømmeforbund</w:t>
    </w:r>
    <w:proofErr w:type="spellEnd"/>
    <w:r>
      <w:rPr>
        <w:color w:val="526274"/>
        <w:sz w:val="14"/>
      </w:rPr>
      <w:t xml:space="preserve">  |  Dive In 2026  |  Case 3: </w:t>
    </w:r>
    <w:proofErr w:type="spellStart"/>
    <w:r>
      <w:rPr>
        <w:color w:val="526274"/>
        <w:sz w:val="14"/>
      </w:rPr>
      <w:t>Fartsutvikling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CCD7C6" w14:textId="77777777" w:rsidR="007A570B" w:rsidRDefault="007A570B">
      <w:pPr>
        <w:spacing w:after="0" w:line="240" w:lineRule="auto"/>
      </w:pPr>
      <w:r>
        <w:separator/>
      </w:r>
    </w:p>
  </w:footnote>
  <w:footnote w:type="continuationSeparator" w:id="0">
    <w:p w14:paraId="5C85024A" w14:textId="77777777" w:rsidR="007A570B" w:rsidRDefault="007A5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0750720">
    <w:abstractNumId w:val="8"/>
  </w:num>
  <w:num w:numId="2" w16cid:durableId="1244409364">
    <w:abstractNumId w:val="6"/>
  </w:num>
  <w:num w:numId="3" w16cid:durableId="1149783922">
    <w:abstractNumId w:val="5"/>
  </w:num>
  <w:num w:numId="4" w16cid:durableId="1024554116">
    <w:abstractNumId w:val="4"/>
  </w:num>
  <w:num w:numId="5" w16cid:durableId="1749035592">
    <w:abstractNumId w:val="7"/>
  </w:num>
  <w:num w:numId="6" w16cid:durableId="1900478811">
    <w:abstractNumId w:val="3"/>
  </w:num>
  <w:num w:numId="7" w16cid:durableId="471287897">
    <w:abstractNumId w:val="2"/>
  </w:num>
  <w:num w:numId="8" w16cid:durableId="1942487269">
    <w:abstractNumId w:val="1"/>
  </w:num>
  <w:num w:numId="9" w16cid:durableId="164682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4A13"/>
    <w:rsid w:val="00116A4D"/>
    <w:rsid w:val="0015074B"/>
    <w:rsid w:val="0029639D"/>
    <w:rsid w:val="00302800"/>
    <w:rsid w:val="003235C7"/>
    <w:rsid w:val="00326F90"/>
    <w:rsid w:val="0033632D"/>
    <w:rsid w:val="004B62AC"/>
    <w:rsid w:val="00590D7D"/>
    <w:rsid w:val="007A570B"/>
    <w:rsid w:val="00AA1D8D"/>
    <w:rsid w:val="00B47730"/>
    <w:rsid w:val="00BE75D1"/>
    <w:rsid w:val="00CB0664"/>
    <w:rsid w:val="00E776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76662BA-BEE0-3F47-BF26-B432C2DF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3AFC9C2C476C43A0EBC83FD12C3506" ma:contentTypeVersion="19" ma:contentTypeDescription="Opprett et nytt dokument." ma:contentTypeScope="" ma:versionID="2250deee2f7efea69a18d8d02d3c5804">
  <xsd:schema xmlns:xsd="http://www.w3.org/2001/XMLSchema" xmlns:xs="http://www.w3.org/2001/XMLSchema" xmlns:p="http://schemas.microsoft.com/office/2006/metadata/properties" xmlns:ns2="0407ded1-0cca-4a9c-a9ed-3adc42b62707" xmlns:ns3="1b3efd35-8258-464b-ae98-a25615be8447" xmlns:ns4="9e538389-cabc-4d4e-918a-8beb7ac0ecaa" targetNamespace="http://schemas.microsoft.com/office/2006/metadata/properties" ma:root="true" ma:fieldsID="5519ff07e23a3fd1a4cf3f6bf4bc2c44" ns2:_="" ns3:_="" ns4:_="">
    <xsd:import namespace="0407ded1-0cca-4a9c-a9ed-3adc42b62707"/>
    <xsd:import namespace="1b3efd35-8258-464b-ae98-a25615be8447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7ded1-0cca-4a9c-a9ed-3adc42b62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fd35-8258-464b-ae98-a25615be8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23bd7f5-79ac-4149-babf-835b3c34f4bd}" ma:internalName="TaxCatchAll" ma:showField="CatchAllData" ma:web="1b3efd35-8258-464b-ae98-a25615be8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7ded1-0cca-4a9c-a9ed-3adc42b62707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A2779E-5FAC-408B-9933-F720FAECA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7ded1-0cca-4a9c-a9ed-3adc42b62707"/>
    <ds:schemaRef ds:uri="1b3efd35-8258-464b-ae98-a25615be8447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57F2DC-D041-40C7-873C-DCA7870370B7}">
  <ds:schemaRefs>
    <ds:schemaRef ds:uri="http://schemas.microsoft.com/office/2006/metadata/properties"/>
    <ds:schemaRef ds:uri="http://schemas.microsoft.com/office/infopath/2007/PartnerControls"/>
    <ds:schemaRef ds:uri="0407ded1-0cca-4a9c-a9ed-3adc42b62707"/>
    <ds:schemaRef ds:uri="9e538389-cabc-4d4e-918a-8beb7ac0ecaa"/>
  </ds:schemaRefs>
</ds:datastoreItem>
</file>

<file path=customXml/itemProps3.xml><?xml version="1.0" encoding="utf-8"?>
<ds:datastoreItem xmlns:ds="http://schemas.openxmlformats.org/officeDocument/2006/customXml" ds:itemID="{39214D29-9E4E-4665-B0E8-AE98D5822F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1865</Characters>
  <Application>Microsoft Office Word</Application>
  <DocSecurity>0</DocSecurity>
  <Lines>207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Faveri, Tore</dc:creator>
  <cp:keywords/>
  <dc:description>generated by python-docx</dc:description>
  <cp:lastModifiedBy>de Faveri, Tore</cp:lastModifiedBy>
  <cp:revision>6</cp:revision>
  <dcterms:created xsi:type="dcterms:W3CDTF">2026-08-26T10:33:00Z</dcterms:created>
  <dcterms:modified xsi:type="dcterms:W3CDTF">2026-08-26T10:56:00Z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0x0101003C3AFC9C2C476C43A0EBC83FD12C3506</vt:lpwstr>
  </property>
  <property fmtid="{D5CDD505-2E9C-101B-9397-08002B2CF9AE}" pid="3" name="MediaServiceImageTags">
    <vt:lpwstr/>
  </property>
  <property fmtid="{D5CDD505-2E9C-101B-9397-08002B2CF9AE}" pid="5" name="docLang">
    <vt:lpwstr>nb</vt:lpwstr>
  </property>
</Properties>
</file>