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810723" w14:textId="77777777" w:rsidR="004F3054" w:rsidRDefault="00C7153C">
      <w:pPr>
        <w:spacing w:after="0"/>
      </w:pPr>
      <w:r>
        <w:rPr>
          <w:b/>
          <w:color w:val="0877BE"/>
          <w:sz w:val="17"/>
        </w:rPr>
        <w:t>DIVE IN 2026  |  ARBEIDSARK CASE 1</w:t>
      </w:r>
    </w:p>
    <w:p w14:paraId="0DFBB3BE" w14:textId="77777777" w:rsidR="004F3054" w:rsidRDefault="00C7153C">
      <w:pPr>
        <w:spacing w:after="0"/>
        <w:jc w:val="center"/>
      </w:pPr>
      <w:r>
        <w:rPr>
          <w:rFonts w:ascii="Aptos Display" w:hAnsi="Aptos Display"/>
          <w:b/>
          <w:color w:val="123A63"/>
          <w:sz w:val="44"/>
        </w:rPr>
        <w:t>Teknisk læring gjennom oppdagelse</w:t>
      </w:r>
    </w:p>
    <w:p w14:paraId="0C2B3454" w14:textId="77777777" w:rsidR="004F3054" w:rsidRDefault="00C7153C">
      <w:pPr>
        <w:spacing w:after="80"/>
        <w:jc w:val="center"/>
      </w:pPr>
      <w:r>
        <w:rPr>
          <w:color w:val="526274"/>
          <w:sz w:val="21"/>
        </w:rPr>
        <w:t>Lag en konkret øktdel for ryggvending  |  9–12 år  |  20–25 minutter</w:t>
      </w:r>
    </w:p>
    <w:tbl>
      <w:tblPr>
        <w:tblW w:w="0" w:type="auto"/>
        <w:jc w:val="center"/>
        <w:tblBorders>
          <w:top w:val="single" w:sz="7" w:space="0" w:color="0877BE"/>
          <w:left w:val="single" w:sz="7" w:space="0" w:color="0877BE"/>
          <w:bottom w:val="single" w:sz="7" w:space="0" w:color="0877BE"/>
          <w:right w:val="single" w:sz="7" w:space="0" w:color="0877BE"/>
          <w:insideH w:val="single" w:sz="7" w:space="0" w:color="0877BE"/>
          <w:insideV w:val="single" w:sz="7" w:space="0" w:color="0877BE"/>
        </w:tblBorders>
        <w:tblLayout w:type="fixed"/>
        <w:tblLook w:val="04A0" w:firstRow="1" w:lastRow="0" w:firstColumn="1" w:lastColumn="0" w:noHBand="0" w:noVBand="1"/>
      </w:tblPr>
      <w:tblGrid>
        <w:gridCol w:w="12756"/>
        <w:gridCol w:w="9865"/>
      </w:tblGrid>
      <w:tr w:rsidR="004F3054" w14:paraId="78946258" w14:textId="77777777">
        <w:trPr>
          <w:jc w:val="center"/>
        </w:trPr>
        <w:tc>
          <w:tcPr>
            <w:tcW w:w="12756" w:type="dxa"/>
            <w:shd w:val="clear" w:color="auto" w:fill="F5F8FB"/>
          </w:tcPr>
          <w:p w14:paraId="708325BF" w14:textId="77777777" w:rsidR="004F3054" w:rsidRDefault="00C7153C">
            <w:r>
              <w:rPr>
                <w:b/>
                <w:color w:val="0877BE"/>
                <w:sz w:val="18"/>
              </w:rPr>
              <w:t>OPPDRAG</w:t>
            </w:r>
          </w:p>
          <w:p w14:paraId="724C092B" w14:textId="622A6548" w:rsidR="004F3054" w:rsidRDefault="00C7153C">
            <w:pPr>
              <w:spacing w:after="0"/>
            </w:pPr>
            <w:r>
              <w:t xml:space="preserve">Planlegg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øktdel</w:t>
            </w:r>
            <w:proofErr w:type="spellEnd"/>
            <w:r>
              <w:t xml:space="preserve"> der </w:t>
            </w:r>
            <w:proofErr w:type="spellStart"/>
            <w:r w:rsidR="00F85AF0">
              <w:t>utøverne</w:t>
            </w:r>
            <w:proofErr w:type="spellEnd"/>
            <w:r>
              <w:t xml:space="preserve"> </w:t>
            </w:r>
            <w:proofErr w:type="spellStart"/>
            <w:r>
              <w:t>lærer</w:t>
            </w:r>
            <w:proofErr w:type="spellEnd"/>
            <w:r>
              <w:t xml:space="preserve"> </w:t>
            </w:r>
            <w:proofErr w:type="spellStart"/>
            <w:r>
              <w:t>eller</w:t>
            </w:r>
            <w:proofErr w:type="spellEnd"/>
            <w:r>
              <w:t xml:space="preserve"> </w:t>
            </w:r>
            <w:proofErr w:type="spellStart"/>
            <w:r>
              <w:t>videreutvikler</w:t>
            </w:r>
            <w:proofErr w:type="spellEnd"/>
            <w:r>
              <w:t xml:space="preserve"> ryggvending gjennom utforsking, refleksjon og egenvurdering. Planen skal vise en tydelig </w:t>
            </w:r>
            <w:proofErr w:type="spellStart"/>
            <w:r>
              <w:t>progresjon</w:t>
            </w:r>
            <w:proofErr w:type="spellEnd"/>
            <w:r>
              <w:t xml:space="preserve"> </w:t>
            </w:r>
            <w:proofErr w:type="spellStart"/>
            <w:r>
              <w:t>og</w:t>
            </w:r>
            <w:proofErr w:type="spellEnd"/>
            <w:r>
              <w:t xml:space="preserve"> </w:t>
            </w:r>
            <w:proofErr w:type="spellStart"/>
            <w:r>
              <w:t>gi</w:t>
            </w:r>
            <w:proofErr w:type="spellEnd"/>
            <w:r>
              <w:t xml:space="preserve"> </w:t>
            </w:r>
            <w:proofErr w:type="spellStart"/>
            <w:r w:rsidR="00F85AF0">
              <w:t>utøverne</w:t>
            </w:r>
            <w:proofErr w:type="spellEnd"/>
            <w:r>
              <w:t xml:space="preserve"> </w:t>
            </w:r>
            <w:proofErr w:type="spellStart"/>
            <w:r>
              <w:t>mulighet</w:t>
            </w:r>
            <w:proofErr w:type="spellEnd"/>
            <w:r>
              <w:t xml:space="preserve"> </w:t>
            </w:r>
            <w:proofErr w:type="spellStart"/>
            <w:r>
              <w:t>til</w:t>
            </w:r>
            <w:proofErr w:type="spellEnd"/>
            <w:r>
              <w:t xml:space="preserve"> å justere og prøve på nytt.</w:t>
            </w:r>
          </w:p>
        </w:tc>
        <w:tc>
          <w:tcPr>
            <w:tcW w:w="9865" w:type="dxa"/>
            <w:shd w:val="clear" w:color="auto" w:fill="EAF4FB"/>
          </w:tcPr>
          <w:p w14:paraId="6A08AF54" w14:textId="77777777" w:rsidR="004F3054" w:rsidRDefault="00C7153C">
            <w:r>
              <w:rPr>
                <w:b/>
                <w:color w:val="0877BE"/>
                <w:sz w:val="18"/>
              </w:rPr>
              <w:t>RAMMEBETINGELSER</w:t>
            </w:r>
          </w:p>
          <w:p w14:paraId="6A3B1B54" w14:textId="58855FF1" w:rsidR="004F3054" w:rsidRDefault="00C7153C">
            <w:pPr>
              <w:spacing w:after="0"/>
            </w:pPr>
            <w:r>
              <w:rPr>
                <w:sz w:val="15"/>
              </w:rPr>
              <w:t xml:space="preserve">16 </w:t>
            </w:r>
            <w:proofErr w:type="spellStart"/>
            <w:r w:rsidR="00F85AF0">
              <w:rPr>
                <w:sz w:val="15"/>
              </w:rPr>
              <w:t>utøvere</w:t>
            </w:r>
            <w:proofErr w:type="spellEnd"/>
            <w:r>
              <w:rPr>
                <w:sz w:val="15"/>
              </w:rPr>
              <w:t xml:space="preserve"> · 2 </w:t>
            </w:r>
            <w:proofErr w:type="spellStart"/>
            <w:r>
              <w:rPr>
                <w:sz w:val="15"/>
              </w:rPr>
              <w:t>baner</w:t>
            </w:r>
            <w:proofErr w:type="spellEnd"/>
            <w:r>
              <w:rPr>
                <w:sz w:val="15"/>
              </w:rPr>
              <w:t xml:space="preserve"> · 1 trener + 1 assistent</w:t>
            </w:r>
            <w:r>
              <w:rPr>
                <w:sz w:val="15"/>
              </w:rPr>
              <w:br/>
              <w:t>Nivå: første forsøk til enkel ryggvending</w:t>
            </w:r>
            <w:r>
              <w:rPr>
                <w:sz w:val="15"/>
              </w:rPr>
              <w:br/>
              <w:t>Plater, matter, markører · kort video mulig</w:t>
            </w:r>
          </w:p>
        </w:tc>
      </w:tr>
    </w:tbl>
    <w:p w14:paraId="6F8DBB55" w14:textId="77777777" w:rsidR="004F3054" w:rsidRDefault="00C7153C">
      <w:pPr>
        <w:spacing w:before="40" w:after="20"/>
      </w:pPr>
      <w:r>
        <w:rPr>
          <w:b/>
          <w:color w:val="123A63"/>
          <w:sz w:val="22"/>
        </w:rPr>
        <w:t>1. MÅL FOR ØKTDELEN</w:t>
      </w:r>
    </w:p>
    <w:tbl>
      <w:tblPr>
        <w:tblW w:w="0" w:type="auto"/>
        <w:jc w:val="center"/>
        <w:tblBorders>
          <w:top w:val="single" w:sz="8" w:space="0" w:color="D5DEE8"/>
          <w:left w:val="single" w:sz="8" w:space="0" w:color="D5DEE8"/>
          <w:bottom w:val="single" w:sz="8" w:space="0" w:color="D5DEE8"/>
          <w:right w:val="single" w:sz="8" w:space="0" w:color="D5DEE8"/>
          <w:insideH w:val="single" w:sz="8" w:space="0" w:color="D5DEE8"/>
          <w:insideV w:val="single" w:sz="8" w:space="0" w:color="D5DEE8"/>
        </w:tblBorders>
        <w:tblLayout w:type="fixed"/>
        <w:tblLook w:val="04A0" w:firstRow="1" w:lastRow="0" w:firstColumn="1" w:lastColumn="0" w:noHBand="0" w:noVBand="1"/>
      </w:tblPr>
      <w:tblGrid>
        <w:gridCol w:w="7540"/>
        <w:gridCol w:w="7540"/>
        <w:gridCol w:w="7540"/>
      </w:tblGrid>
      <w:tr w:rsidR="004F3054" w14:paraId="57C197BC" w14:textId="77777777">
        <w:trPr>
          <w:jc w:val="center"/>
        </w:trPr>
        <w:tc>
          <w:tcPr>
            <w:tcW w:w="7540" w:type="dxa"/>
            <w:shd w:val="clear" w:color="auto" w:fill="F5F8FB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2B58A557" w14:textId="77777777" w:rsidR="004F3054" w:rsidRDefault="00C7153C">
            <w:r>
              <w:rPr>
                <w:b/>
                <w:color w:val="0877BE"/>
                <w:sz w:val="17"/>
              </w:rPr>
              <w:t>Hovedmål</w:t>
            </w:r>
          </w:p>
          <w:p w14:paraId="041AA043" w14:textId="77777777" w:rsidR="0064080D" w:rsidRDefault="00C7153C">
            <w:pPr>
              <w:spacing w:after="0"/>
              <w:rPr>
                <w:sz w:val="15"/>
              </w:rPr>
            </w:pPr>
            <w:r>
              <w:rPr>
                <w:sz w:val="15"/>
              </w:rPr>
              <w:t xml:space="preserve">Etter </w:t>
            </w:r>
            <w:proofErr w:type="spellStart"/>
            <w:r>
              <w:rPr>
                <w:sz w:val="15"/>
              </w:rPr>
              <w:t>øktdelen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skal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 w:rsidR="00F85AF0">
              <w:rPr>
                <w:sz w:val="15"/>
              </w:rPr>
              <w:t>utøverne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kunne</w:t>
            </w:r>
            <w:proofErr w:type="spellEnd"/>
            <w:r>
              <w:rPr>
                <w:sz w:val="15"/>
              </w:rPr>
              <w:t xml:space="preserve"> …</w:t>
            </w:r>
            <w:r>
              <w:rPr>
                <w:sz w:val="15"/>
              </w:rPr>
              <w:br/>
            </w:r>
          </w:p>
          <w:p w14:paraId="02CBBF05" w14:textId="04C7E7F7" w:rsidR="004F3054" w:rsidRDefault="00C7153C">
            <w:pPr>
              <w:spacing w:after="0"/>
            </w:pPr>
            <w:r>
              <w:rPr>
                <w:sz w:val="15"/>
              </w:rPr>
              <w:t>________________________________________</w:t>
            </w:r>
          </w:p>
        </w:tc>
        <w:tc>
          <w:tcPr>
            <w:tcW w:w="7540" w:type="dxa"/>
            <w:shd w:val="clear" w:color="auto" w:fill="F5F8FB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5D6BD012" w14:textId="77777777" w:rsidR="004F3054" w:rsidRDefault="00C7153C">
            <w:r>
              <w:rPr>
                <w:b/>
                <w:color w:val="0877BE"/>
                <w:sz w:val="17"/>
              </w:rPr>
              <w:t>Prioritert teknisk kjennetegn</w:t>
            </w:r>
          </w:p>
          <w:p w14:paraId="1299C9B4" w14:textId="77777777" w:rsidR="008872AB" w:rsidRDefault="00C7153C">
            <w:pPr>
              <w:spacing w:after="0"/>
              <w:rPr>
                <w:sz w:val="15"/>
              </w:rPr>
            </w:pPr>
            <w:r>
              <w:rPr>
                <w:sz w:val="15"/>
              </w:rPr>
              <w:t>Vi prioriterer …</w:t>
            </w:r>
            <w:r>
              <w:rPr>
                <w:sz w:val="15"/>
              </w:rPr>
              <w:br/>
            </w:r>
          </w:p>
          <w:p w14:paraId="0C1A37A8" w14:textId="5DD36A17" w:rsidR="004F3054" w:rsidRDefault="00C7153C">
            <w:pPr>
              <w:spacing w:after="0"/>
            </w:pPr>
            <w:r>
              <w:rPr>
                <w:sz w:val="15"/>
              </w:rPr>
              <w:t>________________________________________</w:t>
            </w:r>
          </w:p>
        </w:tc>
        <w:tc>
          <w:tcPr>
            <w:tcW w:w="7540" w:type="dxa"/>
            <w:shd w:val="clear" w:color="auto" w:fill="F5F8FB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64D5EED6" w14:textId="41F0CD87" w:rsidR="004F3054" w:rsidRDefault="00C7153C">
            <w:proofErr w:type="spellStart"/>
            <w:r>
              <w:rPr>
                <w:b/>
                <w:color w:val="0877BE"/>
                <w:sz w:val="17"/>
              </w:rPr>
              <w:t>Hva</w:t>
            </w:r>
            <w:proofErr w:type="spellEnd"/>
            <w:r>
              <w:rPr>
                <w:b/>
                <w:color w:val="0877BE"/>
                <w:sz w:val="17"/>
              </w:rPr>
              <w:t xml:space="preserve"> </w:t>
            </w:r>
            <w:proofErr w:type="spellStart"/>
            <w:r>
              <w:rPr>
                <w:b/>
                <w:color w:val="0877BE"/>
                <w:sz w:val="17"/>
              </w:rPr>
              <w:t>skal</w:t>
            </w:r>
            <w:proofErr w:type="spellEnd"/>
            <w:r>
              <w:rPr>
                <w:b/>
                <w:color w:val="0877BE"/>
                <w:sz w:val="17"/>
              </w:rPr>
              <w:t xml:space="preserve"> </w:t>
            </w:r>
            <w:proofErr w:type="spellStart"/>
            <w:r w:rsidR="00F85AF0">
              <w:rPr>
                <w:b/>
                <w:color w:val="0877BE"/>
                <w:sz w:val="17"/>
              </w:rPr>
              <w:t>utøverne</w:t>
            </w:r>
            <w:proofErr w:type="spellEnd"/>
            <w:r>
              <w:rPr>
                <w:b/>
                <w:color w:val="0877BE"/>
                <w:sz w:val="17"/>
              </w:rPr>
              <w:t xml:space="preserve"> </w:t>
            </w:r>
            <w:proofErr w:type="spellStart"/>
            <w:r>
              <w:rPr>
                <w:b/>
                <w:color w:val="0877BE"/>
                <w:sz w:val="17"/>
              </w:rPr>
              <w:t>oppdage</w:t>
            </w:r>
            <w:proofErr w:type="spellEnd"/>
            <w:r>
              <w:rPr>
                <w:b/>
                <w:color w:val="0877BE"/>
                <w:sz w:val="17"/>
              </w:rPr>
              <w:t xml:space="preserve"> </w:t>
            </w:r>
            <w:proofErr w:type="spellStart"/>
            <w:r>
              <w:rPr>
                <w:b/>
                <w:color w:val="0877BE"/>
                <w:sz w:val="17"/>
              </w:rPr>
              <w:t>selv</w:t>
            </w:r>
            <w:proofErr w:type="spellEnd"/>
            <w:r>
              <w:rPr>
                <w:b/>
                <w:color w:val="0877BE"/>
                <w:sz w:val="17"/>
              </w:rPr>
              <w:t>?</w:t>
            </w:r>
          </w:p>
          <w:p w14:paraId="769F8AB0" w14:textId="77777777" w:rsidR="008872AB" w:rsidRDefault="00F85AF0">
            <w:pPr>
              <w:spacing w:after="0"/>
              <w:rPr>
                <w:sz w:val="15"/>
              </w:rPr>
            </w:pPr>
            <w:proofErr w:type="spellStart"/>
            <w:r>
              <w:rPr>
                <w:sz w:val="15"/>
              </w:rPr>
              <w:t>Utøverne</w:t>
            </w:r>
            <w:proofErr w:type="spellEnd"/>
            <w:r w:rsidR="00C7153C">
              <w:rPr>
                <w:sz w:val="15"/>
              </w:rPr>
              <w:t xml:space="preserve"> </w:t>
            </w:r>
            <w:proofErr w:type="spellStart"/>
            <w:r w:rsidR="00C7153C">
              <w:rPr>
                <w:sz w:val="15"/>
              </w:rPr>
              <w:t>skal</w:t>
            </w:r>
            <w:proofErr w:type="spellEnd"/>
            <w:r w:rsidR="00C7153C">
              <w:rPr>
                <w:sz w:val="15"/>
              </w:rPr>
              <w:t xml:space="preserve"> </w:t>
            </w:r>
            <w:proofErr w:type="spellStart"/>
            <w:r w:rsidR="00C7153C">
              <w:rPr>
                <w:sz w:val="15"/>
              </w:rPr>
              <w:t>legge</w:t>
            </w:r>
            <w:proofErr w:type="spellEnd"/>
            <w:r w:rsidR="00C7153C">
              <w:rPr>
                <w:sz w:val="15"/>
              </w:rPr>
              <w:t xml:space="preserve"> </w:t>
            </w:r>
            <w:proofErr w:type="spellStart"/>
            <w:r w:rsidR="00C7153C">
              <w:rPr>
                <w:sz w:val="15"/>
              </w:rPr>
              <w:t>merke</w:t>
            </w:r>
            <w:proofErr w:type="spellEnd"/>
            <w:r w:rsidR="00C7153C">
              <w:rPr>
                <w:sz w:val="15"/>
              </w:rPr>
              <w:t xml:space="preserve"> til …</w:t>
            </w:r>
            <w:r w:rsidR="00C7153C">
              <w:rPr>
                <w:sz w:val="15"/>
              </w:rPr>
              <w:br/>
            </w:r>
          </w:p>
          <w:p w14:paraId="7E387A87" w14:textId="30DBAD99" w:rsidR="004F3054" w:rsidRDefault="00C7153C">
            <w:pPr>
              <w:spacing w:after="0"/>
            </w:pPr>
            <w:r>
              <w:rPr>
                <w:sz w:val="15"/>
              </w:rPr>
              <w:t>________________________________________</w:t>
            </w:r>
          </w:p>
        </w:tc>
      </w:tr>
    </w:tbl>
    <w:p w14:paraId="38E6E987" w14:textId="77777777" w:rsidR="004F3054" w:rsidRDefault="00C7153C">
      <w:pPr>
        <w:spacing w:before="40" w:after="0"/>
      </w:pPr>
      <w:r>
        <w:rPr>
          <w:b/>
          <w:color w:val="123A63"/>
          <w:sz w:val="26"/>
        </w:rPr>
        <w:t>2. KONKRET ØKTPLAN</w:t>
      </w:r>
    </w:p>
    <w:p w14:paraId="0D99BEE8" w14:textId="77777777" w:rsidR="004F3054" w:rsidRDefault="00C7153C">
      <w:pPr>
        <w:spacing w:after="20"/>
      </w:pPr>
      <w:r>
        <w:rPr>
          <w:color w:val="526274"/>
          <w:sz w:val="15"/>
        </w:rPr>
        <w:t>Skriv inn den faktiske øktdelen. Bruk én rad per aktivitet eller læringssekvens. Bygg mot målet, ikke bare en samling øvelser.</w:t>
      </w:r>
    </w:p>
    <w:tbl>
      <w:tblPr>
        <w:tblW w:w="0" w:type="auto"/>
        <w:jc w:val="center"/>
        <w:tblBorders>
          <w:top w:val="single" w:sz="8" w:space="0" w:color="D5DEE8"/>
          <w:left w:val="single" w:sz="8" w:space="0" w:color="D5DEE8"/>
          <w:bottom w:val="single" w:sz="8" w:space="0" w:color="D5DEE8"/>
          <w:right w:val="single" w:sz="8" w:space="0" w:color="D5DEE8"/>
          <w:insideH w:val="single" w:sz="8" w:space="0" w:color="D5DEE8"/>
          <w:insideV w:val="single" w:sz="8" w:space="0" w:color="D5DEE8"/>
        </w:tblBorders>
        <w:tblLayout w:type="fixed"/>
        <w:tblLook w:val="04A0" w:firstRow="1" w:lastRow="0" w:firstColumn="1" w:lastColumn="0" w:noHBand="0" w:noVBand="1"/>
      </w:tblPr>
      <w:tblGrid>
        <w:gridCol w:w="1020"/>
        <w:gridCol w:w="4309"/>
        <w:gridCol w:w="2721"/>
        <w:gridCol w:w="3515"/>
        <w:gridCol w:w="4082"/>
        <w:gridCol w:w="3798"/>
        <w:gridCol w:w="3118"/>
      </w:tblGrid>
      <w:tr w:rsidR="004F3054" w14:paraId="15125762" w14:textId="77777777">
        <w:trPr>
          <w:jc w:val="center"/>
        </w:trPr>
        <w:tc>
          <w:tcPr>
            <w:tcW w:w="1020" w:type="dxa"/>
            <w:shd w:val="clear" w:color="auto" w:fill="123A63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E3D7C1B" w14:textId="77777777" w:rsidR="004F3054" w:rsidRDefault="00C7153C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Tid</w:t>
            </w:r>
          </w:p>
        </w:tc>
        <w:tc>
          <w:tcPr>
            <w:tcW w:w="4309" w:type="dxa"/>
            <w:shd w:val="clear" w:color="auto" w:fill="123A63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7CF0FFE" w14:textId="77777777" w:rsidR="004F3054" w:rsidRDefault="00C7153C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Aktivitet / konkret oppgave</w:t>
            </w:r>
          </w:p>
        </w:tc>
        <w:tc>
          <w:tcPr>
            <w:tcW w:w="2721" w:type="dxa"/>
            <w:shd w:val="clear" w:color="auto" w:fill="123A63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A56A99" w14:textId="77777777" w:rsidR="004F3054" w:rsidRDefault="00C7153C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Mengde / repetisjoner</w:t>
            </w:r>
          </w:p>
        </w:tc>
        <w:tc>
          <w:tcPr>
            <w:tcW w:w="3515" w:type="dxa"/>
            <w:shd w:val="clear" w:color="auto" w:fill="123A63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F75C01" w14:textId="77777777" w:rsidR="004F3054" w:rsidRDefault="00C7153C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Organisering og hjelpemidler</w:t>
            </w:r>
          </w:p>
        </w:tc>
        <w:tc>
          <w:tcPr>
            <w:tcW w:w="4082" w:type="dxa"/>
            <w:shd w:val="clear" w:color="auto" w:fill="123A63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59165D6" w14:textId="6845909A" w:rsidR="004F3054" w:rsidRDefault="00C7153C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4"/>
              </w:rPr>
              <w:t>Hva</w:t>
            </w:r>
            <w:proofErr w:type="spellEnd"/>
            <w:r>
              <w:rPr>
                <w:b/>
                <w:color w:val="FFFFFF"/>
                <w:sz w:val="14"/>
              </w:rPr>
              <w:t xml:space="preserve"> </w:t>
            </w:r>
            <w:proofErr w:type="spellStart"/>
            <w:r>
              <w:rPr>
                <w:b/>
                <w:color w:val="FFFFFF"/>
                <w:sz w:val="14"/>
              </w:rPr>
              <w:t>skal</w:t>
            </w:r>
            <w:proofErr w:type="spellEnd"/>
            <w:r>
              <w:rPr>
                <w:b/>
                <w:color w:val="FFFFFF"/>
                <w:sz w:val="14"/>
              </w:rPr>
              <w:t xml:space="preserve"> </w:t>
            </w:r>
            <w:proofErr w:type="spellStart"/>
            <w:r w:rsidR="00F85AF0">
              <w:rPr>
                <w:b/>
                <w:color w:val="FFFFFF"/>
                <w:sz w:val="14"/>
              </w:rPr>
              <w:t>utøverne</w:t>
            </w:r>
            <w:proofErr w:type="spellEnd"/>
            <w:r>
              <w:rPr>
                <w:b/>
                <w:color w:val="FFFFFF"/>
                <w:sz w:val="14"/>
              </w:rPr>
              <w:t xml:space="preserve"> </w:t>
            </w:r>
            <w:proofErr w:type="spellStart"/>
            <w:r>
              <w:rPr>
                <w:b/>
                <w:color w:val="FFFFFF"/>
                <w:sz w:val="14"/>
              </w:rPr>
              <w:t>rette</w:t>
            </w:r>
            <w:proofErr w:type="spellEnd"/>
            <w:r>
              <w:rPr>
                <w:b/>
                <w:color w:val="FFFFFF"/>
                <w:sz w:val="14"/>
              </w:rPr>
              <w:t xml:space="preserve"> </w:t>
            </w:r>
            <w:proofErr w:type="spellStart"/>
            <w:r>
              <w:rPr>
                <w:b/>
                <w:color w:val="FFFFFF"/>
                <w:sz w:val="14"/>
              </w:rPr>
              <w:t>oppmerksomheten</w:t>
            </w:r>
            <w:proofErr w:type="spellEnd"/>
            <w:r>
              <w:rPr>
                <w:b/>
                <w:color w:val="FFFFFF"/>
                <w:sz w:val="14"/>
              </w:rPr>
              <w:t xml:space="preserve"> mot?</w:t>
            </w:r>
          </w:p>
        </w:tc>
        <w:tc>
          <w:tcPr>
            <w:tcW w:w="3798" w:type="dxa"/>
            <w:shd w:val="clear" w:color="auto" w:fill="123A63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FC838E" w14:textId="77777777" w:rsidR="004F3054" w:rsidRDefault="00C7153C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Hva gjør eller sier treneren?</w:t>
            </w:r>
          </w:p>
        </w:tc>
        <w:tc>
          <w:tcPr>
            <w:tcW w:w="3118" w:type="dxa"/>
            <w:shd w:val="clear" w:color="auto" w:fill="123A63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34FBCFF" w14:textId="77777777" w:rsidR="004F3054" w:rsidRDefault="00C7153C"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Mikrotilpasning</w:t>
            </w:r>
          </w:p>
        </w:tc>
      </w:tr>
      <w:tr w:rsidR="004F3054" w14:paraId="68C115CE" w14:textId="77777777">
        <w:trPr>
          <w:jc w:val="center"/>
        </w:trPr>
        <w:tc>
          <w:tcPr>
            <w:tcW w:w="1020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BAF0EC8" w14:textId="77777777" w:rsidR="004F3054" w:rsidRDefault="00C7153C">
            <w:pPr>
              <w:spacing w:after="0"/>
            </w:pP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</w:tc>
        <w:tc>
          <w:tcPr>
            <w:tcW w:w="4309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5D71A1A" w14:textId="77777777" w:rsidR="004F3054" w:rsidRDefault="00C7153C">
            <w:pPr>
              <w:spacing w:after="0"/>
            </w:pPr>
            <w:r>
              <w:rPr>
                <w:color w:val="526274"/>
                <w:sz w:val="15"/>
              </w:rPr>
              <w:t>Utforske</w:t>
            </w:r>
            <w:r>
              <w:rPr>
                <w:color w:val="526274"/>
                <w:sz w:val="15"/>
              </w:rPr>
              <w:br/>
            </w:r>
          </w:p>
        </w:tc>
        <w:tc>
          <w:tcPr>
            <w:tcW w:w="272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110C46" w14:textId="77777777" w:rsidR="004F3054" w:rsidRDefault="00C7153C">
            <w:pPr>
              <w:spacing w:after="0"/>
            </w:pP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</w:tc>
        <w:tc>
          <w:tcPr>
            <w:tcW w:w="3515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1108F14" w14:textId="77777777" w:rsidR="004F3054" w:rsidRDefault="00C7153C">
            <w:pPr>
              <w:spacing w:after="0"/>
            </w:pP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</w:tc>
        <w:tc>
          <w:tcPr>
            <w:tcW w:w="4082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34DCE33" w14:textId="77777777" w:rsidR="004F3054" w:rsidRDefault="00C7153C">
            <w:pPr>
              <w:spacing w:after="0"/>
            </w:pP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</w:tc>
        <w:tc>
          <w:tcPr>
            <w:tcW w:w="379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AEC75DC" w14:textId="77777777" w:rsidR="004F3054" w:rsidRDefault="00C7153C">
            <w:pPr>
              <w:spacing w:after="0"/>
            </w:pP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</w:tc>
        <w:tc>
          <w:tcPr>
            <w:tcW w:w="311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C725204" w14:textId="77777777" w:rsidR="004F3054" w:rsidRDefault="00C7153C">
            <w:pPr>
              <w:spacing w:after="0"/>
            </w:pP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</w:tc>
      </w:tr>
      <w:tr w:rsidR="004F3054" w14:paraId="1EC06082" w14:textId="77777777">
        <w:trPr>
          <w:jc w:val="center"/>
        </w:trPr>
        <w:tc>
          <w:tcPr>
            <w:tcW w:w="1020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26E5C12" w14:textId="77777777" w:rsidR="004F3054" w:rsidRDefault="00C7153C">
            <w:pPr>
              <w:spacing w:after="0"/>
            </w:pP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</w:tc>
        <w:tc>
          <w:tcPr>
            <w:tcW w:w="4309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ECF0F61" w14:textId="77777777" w:rsidR="004F3054" w:rsidRDefault="00C7153C">
            <w:pPr>
              <w:spacing w:after="0"/>
            </w:pPr>
            <w:r>
              <w:rPr>
                <w:color w:val="526274"/>
                <w:sz w:val="15"/>
              </w:rPr>
              <w:t>Sammenligne</w:t>
            </w:r>
            <w:r>
              <w:rPr>
                <w:color w:val="526274"/>
                <w:sz w:val="15"/>
              </w:rPr>
              <w:br/>
            </w:r>
          </w:p>
        </w:tc>
        <w:tc>
          <w:tcPr>
            <w:tcW w:w="272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88DEB36" w14:textId="77777777" w:rsidR="004F3054" w:rsidRDefault="00C7153C">
            <w:pPr>
              <w:spacing w:after="0"/>
            </w:pP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</w:tc>
        <w:tc>
          <w:tcPr>
            <w:tcW w:w="3515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852A8C" w14:textId="77777777" w:rsidR="004F3054" w:rsidRDefault="00C7153C">
            <w:pPr>
              <w:spacing w:after="0"/>
            </w:pP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</w:tc>
        <w:tc>
          <w:tcPr>
            <w:tcW w:w="4082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ABDEB9D" w14:textId="77777777" w:rsidR="004F3054" w:rsidRDefault="00C7153C">
            <w:pPr>
              <w:spacing w:after="0"/>
            </w:pP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</w:tc>
        <w:tc>
          <w:tcPr>
            <w:tcW w:w="379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04CD11" w14:textId="77777777" w:rsidR="004F3054" w:rsidRDefault="00C7153C">
            <w:pPr>
              <w:spacing w:after="0"/>
            </w:pP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</w:tc>
        <w:tc>
          <w:tcPr>
            <w:tcW w:w="311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A3BAF49" w14:textId="77777777" w:rsidR="004F3054" w:rsidRDefault="00C7153C">
            <w:pPr>
              <w:spacing w:after="0"/>
            </w:pP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</w:tc>
      </w:tr>
      <w:tr w:rsidR="004F3054" w14:paraId="2C04CEF2" w14:textId="77777777">
        <w:trPr>
          <w:jc w:val="center"/>
        </w:trPr>
        <w:tc>
          <w:tcPr>
            <w:tcW w:w="1020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431EA9" w14:textId="77777777" w:rsidR="004F3054" w:rsidRDefault="00C7153C">
            <w:pPr>
              <w:spacing w:after="0"/>
            </w:pP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</w:tc>
        <w:tc>
          <w:tcPr>
            <w:tcW w:w="4309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AFC2585" w14:textId="77777777" w:rsidR="004F3054" w:rsidRDefault="00C7153C">
            <w:pPr>
              <w:spacing w:after="0"/>
            </w:pPr>
            <w:r>
              <w:rPr>
                <w:color w:val="526274"/>
                <w:sz w:val="15"/>
              </w:rPr>
              <w:t>Få informasjon</w:t>
            </w:r>
            <w:r>
              <w:rPr>
                <w:color w:val="526274"/>
                <w:sz w:val="15"/>
              </w:rPr>
              <w:br/>
            </w:r>
          </w:p>
        </w:tc>
        <w:tc>
          <w:tcPr>
            <w:tcW w:w="272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63816EB" w14:textId="77777777" w:rsidR="004F3054" w:rsidRDefault="00C7153C">
            <w:pPr>
              <w:spacing w:after="0"/>
            </w:pP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</w:tc>
        <w:tc>
          <w:tcPr>
            <w:tcW w:w="3515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0D3E04E" w14:textId="77777777" w:rsidR="004F3054" w:rsidRDefault="00C7153C">
            <w:pPr>
              <w:spacing w:after="0"/>
            </w:pP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</w:tc>
        <w:tc>
          <w:tcPr>
            <w:tcW w:w="4082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B50ED3F" w14:textId="77777777" w:rsidR="004F3054" w:rsidRDefault="00C7153C">
            <w:pPr>
              <w:spacing w:after="0"/>
            </w:pP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</w:tc>
        <w:tc>
          <w:tcPr>
            <w:tcW w:w="379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AAA6CB7" w14:textId="77777777" w:rsidR="004F3054" w:rsidRDefault="00C7153C">
            <w:pPr>
              <w:spacing w:after="0"/>
            </w:pP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</w:tc>
        <w:tc>
          <w:tcPr>
            <w:tcW w:w="311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71998B8" w14:textId="77777777" w:rsidR="004F3054" w:rsidRDefault="00C7153C">
            <w:pPr>
              <w:spacing w:after="0"/>
            </w:pP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</w:tc>
      </w:tr>
      <w:tr w:rsidR="004F3054" w14:paraId="7180B11F" w14:textId="77777777">
        <w:trPr>
          <w:jc w:val="center"/>
        </w:trPr>
        <w:tc>
          <w:tcPr>
            <w:tcW w:w="1020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83D661" w14:textId="77777777" w:rsidR="004F3054" w:rsidRDefault="00C7153C">
            <w:pPr>
              <w:spacing w:after="0"/>
            </w:pP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</w:tc>
        <w:tc>
          <w:tcPr>
            <w:tcW w:w="4309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C4377C" w14:textId="77777777" w:rsidR="004F3054" w:rsidRDefault="00C7153C">
            <w:pPr>
              <w:spacing w:after="0"/>
            </w:pPr>
            <w:r>
              <w:rPr>
                <w:color w:val="526274"/>
                <w:sz w:val="15"/>
              </w:rPr>
              <w:t>Justere</w:t>
            </w:r>
            <w:r>
              <w:rPr>
                <w:color w:val="526274"/>
                <w:sz w:val="15"/>
              </w:rPr>
              <w:br/>
            </w:r>
          </w:p>
        </w:tc>
        <w:tc>
          <w:tcPr>
            <w:tcW w:w="272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914744" w14:textId="77777777" w:rsidR="004F3054" w:rsidRDefault="00C7153C">
            <w:pPr>
              <w:spacing w:after="0"/>
            </w:pP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</w:tc>
        <w:tc>
          <w:tcPr>
            <w:tcW w:w="3515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67F6E2" w14:textId="77777777" w:rsidR="004F3054" w:rsidRDefault="00C7153C">
            <w:pPr>
              <w:spacing w:after="0"/>
            </w:pP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</w:tc>
        <w:tc>
          <w:tcPr>
            <w:tcW w:w="4082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C772D9E" w14:textId="77777777" w:rsidR="004F3054" w:rsidRDefault="00C7153C">
            <w:pPr>
              <w:spacing w:after="0"/>
            </w:pP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</w:tc>
        <w:tc>
          <w:tcPr>
            <w:tcW w:w="379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31DE75B" w14:textId="77777777" w:rsidR="004F3054" w:rsidRDefault="00C7153C">
            <w:pPr>
              <w:spacing w:after="0"/>
            </w:pP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</w:tc>
        <w:tc>
          <w:tcPr>
            <w:tcW w:w="311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D4169B3" w14:textId="77777777" w:rsidR="004F3054" w:rsidRDefault="00C7153C">
            <w:pPr>
              <w:spacing w:after="0"/>
            </w:pP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</w:tc>
      </w:tr>
      <w:tr w:rsidR="004F3054" w14:paraId="0636CE75" w14:textId="77777777">
        <w:trPr>
          <w:jc w:val="center"/>
        </w:trPr>
        <w:tc>
          <w:tcPr>
            <w:tcW w:w="1020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117DBD5" w14:textId="77777777" w:rsidR="004F3054" w:rsidRDefault="00C7153C">
            <w:pPr>
              <w:spacing w:after="0"/>
            </w:pP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</w:tc>
        <w:tc>
          <w:tcPr>
            <w:tcW w:w="4309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B597809" w14:textId="77777777" w:rsidR="004F3054" w:rsidRDefault="00C7153C">
            <w:pPr>
              <w:spacing w:after="0"/>
            </w:pPr>
            <w:r>
              <w:rPr>
                <w:color w:val="526274"/>
                <w:sz w:val="15"/>
              </w:rPr>
              <w:t>Prøve på nytt</w:t>
            </w:r>
            <w:r>
              <w:rPr>
                <w:color w:val="526274"/>
                <w:sz w:val="15"/>
              </w:rPr>
              <w:br/>
            </w:r>
          </w:p>
        </w:tc>
        <w:tc>
          <w:tcPr>
            <w:tcW w:w="272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25EBC45" w14:textId="77777777" w:rsidR="004F3054" w:rsidRDefault="00C7153C">
            <w:pPr>
              <w:spacing w:after="0"/>
            </w:pP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</w:tc>
        <w:tc>
          <w:tcPr>
            <w:tcW w:w="3515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699C73" w14:textId="77777777" w:rsidR="004F3054" w:rsidRDefault="00C7153C">
            <w:pPr>
              <w:spacing w:after="0"/>
            </w:pP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</w:tc>
        <w:tc>
          <w:tcPr>
            <w:tcW w:w="4082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9A3CB81" w14:textId="77777777" w:rsidR="004F3054" w:rsidRDefault="00C7153C">
            <w:pPr>
              <w:spacing w:after="0"/>
            </w:pP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</w:tc>
        <w:tc>
          <w:tcPr>
            <w:tcW w:w="379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BC30B00" w14:textId="77777777" w:rsidR="004F3054" w:rsidRDefault="00C7153C">
            <w:pPr>
              <w:spacing w:after="0"/>
            </w:pP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</w:tc>
        <w:tc>
          <w:tcPr>
            <w:tcW w:w="311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489D180" w14:textId="77777777" w:rsidR="004F3054" w:rsidRDefault="00C7153C">
            <w:pPr>
              <w:spacing w:after="0"/>
            </w:pP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</w:tc>
      </w:tr>
      <w:tr w:rsidR="004F3054" w14:paraId="403F4473" w14:textId="77777777">
        <w:trPr>
          <w:jc w:val="center"/>
        </w:trPr>
        <w:tc>
          <w:tcPr>
            <w:tcW w:w="1020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9AFF65" w14:textId="77777777" w:rsidR="004F3054" w:rsidRDefault="00C7153C">
            <w:pPr>
              <w:spacing w:after="0"/>
            </w:pP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</w:tc>
        <w:tc>
          <w:tcPr>
            <w:tcW w:w="4309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844BBED" w14:textId="77777777" w:rsidR="004F3054" w:rsidRDefault="00C7153C">
            <w:pPr>
              <w:spacing w:after="0"/>
            </w:pPr>
            <w:r>
              <w:rPr>
                <w:color w:val="526274"/>
                <w:sz w:val="15"/>
              </w:rPr>
              <w:t>Egenvurdere</w:t>
            </w:r>
            <w:r>
              <w:rPr>
                <w:color w:val="526274"/>
                <w:sz w:val="15"/>
              </w:rPr>
              <w:br/>
            </w:r>
          </w:p>
        </w:tc>
        <w:tc>
          <w:tcPr>
            <w:tcW w:w="272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EA6536" w14:textId="77777777" w:rsidR="004F3054" w:rsidRDefault="00C7153C">
            <w:pPr>
              <w:spacing w:after="0"/>
            </w:pP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</w:tc>
        <w:tc>
          <w:tcPr>
            <w:tcW w:w="3515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E39BB08" w14:textId="77777777" w:rsidR="004F3054" w:rsidRDefault="00C7153C">
            <w:pPr>
              <w:spacing w:after="0"/>
            </w:pP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</w:tc>
        <w:tc>
          <w:tcPr>
            <w:tcW w:w="4082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7C909D4" w14:textId="77777777" w:rsidR="004F3054" w:rsidRDefault="00C7153C">
            <w:pPr>
              <w:spacing w:after="0"/>
            </w:pP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</w:tc>
        <w:tc>
          <w:tcPr>
            <w:tcW w:w="379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8B07BF" w14:textId="77777777" w:rsidR="004F3054" w:rsidRDefault="00C7153C">
            <w:pPr>
              <w:spacing w:after="0"/>
            </w:pP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</w:tc>
        <w:tc>
          <w:tcPr>
            <w:tcW w:w="311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EB4FC49" w14:textId="77777777" w:rsidR="004F3054" w:rsidRDefault="00C7153C">
            <w:pPr>
              <w:spacing w:after="0"/>
            </w:pP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  <w:r>
              <w:rPr>
                <w:sz w:val="15"/>
              </w:rPr>
              <w:br/>
            </w:r>
          </w:p>
        </w:tc>
      </w:tr>
    </w:tbl>
    <w:p w14:paraId="5631D800" w14:textId="77777777" w:rsidR="004F3054" w:rsidRDefault="00C7153C">
      <w:pPr>
        <w:spacing w:before="40" w:after="20"/>
      </w:pPr>
      <w:r>
        <w:rPr>
          <w:b/>
          <w:color w:val="123A63"/>
          <w:sz w:val="21"/>
        </w:rPr>
        <w:t>3. TRE PUNKTER GRUPPEN SKAL PRESENTERE</w:t>
      </w:r>
    </w:p>
    <w:tbl>
      <w:tblPr>
        <w:tblW w:w="0" w:type="auto"/>
        <w:jc w:val="center"/>
        <w:tblBorders>
          <w:top w:val="single" w:sz="8" w:space="0" w:color="D5DEE8"/>
          <w:left w:val="single" w:sz="8" w:space="0" w:color="D5DEE8"/>
          <w:bottom w:val="single" w:sz="8" w:space="0" w:color="D5DEE8"/>
          <w:right w:val="single" w:sz="8" w:space="0" w:color="D5DEE8"/>
          <w:insideH w:val="single" w:sz="8" w:space="0" w:color="D5DEE8"/>
          <w:insideV w:val="single" w:sz="8" w:space="0" w:color="D5DEE8"/>
        </w:tblBorders>
        <w:tblLayout w:type="fixed"/>
        <w:tblLook w:val="04A0" w:firstRow="1" w:lastRow="0" w:firstColumn="1" w:lastColumn="0" w:noHBand="0" w:noVBand="1"/>
      </w:tblPr>
      <w:tblGrid>
        <w:gridCol w:w="7540"/>
        <w:gridCol w:w="7540"/>
        <w:gridCol w:w="7540"/>
      </w:tblGrid>
      <w:tr w:rsidR="004F3054" w14:paraId="2045947F" w14:textId="77777777">
        <w:trPr>
          <w:jc w:val="center"/>
        </w:trPr>
        <w:tc>
          <w:tcPr>
            <w:tcW w:w="7540" w:type="dxa"/>
            <w:shd w:val="clear" w:color="auto" w:fill="F5F8FB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51386B3D" w14:textId="77777777" w:rsidR="004F3054" w:rsidRDefault="00C7153C">
            <w:r>
              <w:rPr>
                <w:b/>
                <w:color w:val="0877BE"/>
                <w:sz w:val="17"/>
              </w:rPr>
              <w:t>TRENINGSFAGLIG VALG</w:t>
            </w:r>
          </w:p>
          <w:p w14:paraId="33694961" w14:textId="77777777" w:rsidR="008872AB" w:rsidRDefault="00C7153C">
            <w:pPr>
              <w:spacing w:after="0"/>
              <w:rPr>
                <w:sz w:val="15"/>
              </w:rPr>
            </w:pPr>
            <w:r>
              <w:rPr>
                <w:sz w:val="15"/>
              </w:rPr>
              <w:t>Hvilken øvelse, kontrast, progresjon eller hvilket hjelpemiddel er viktigst, og hvorfor?</w:t>
            </w:r>
            <w:r>
              <w:rPr>
                <w:sz w:val="15"/>
              </w:rPr>
              <w:br/>
            </w:r>
          </w:p>
          <w:p w14:paraId="137DC1DD" w14:textId="77777777" w:rsidR="008872AB" w:rsidRDefault="008872AB">
            <w:pPr>
              <w:spacing w:after="0"/>
              <w:rPr>
                <w:sz w:val="15"/>
              </w:rPr>
            </w:pPr>
          </w:p>
          <w:p w14:paraId="6E5BC5FF" w14:textId="77777777" w:rsidR="008872AB" w:rsidRDefault="008872AB">
            <w:pPr>
              <w:spacing w:after="0"/>
              <w:rPr>
                <w:sz w:val="15"/>
              </w:rPr>
            </w:pPr>
          </w:p>
          <w:p w14:paraId="7C76EAEF" w14:textId="5A82FE1F" w:rsidR="004F3054" w:rsidRDefault="00C7153C">
            <w:pPr>
              <w:spacing w:after="0"/>
            </w:pPr>
            <w:r>
              <w:rPr>
                <w:sz w:val="15"/>
              </w:rPr>
              <w:t>________________________________________</w:t>
            </w:r>
          </w:p>
        </w:tc>
        <w:tc>
          <w:tcPr>
            <w:tcW w:w="7540" w:type="dxa"/>
            <w:shd w:val="clear" w:color="auto" w:fill="F5F8FB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791FC29D" w14:textId="77777777" w:rsidR="004F3054" w:rsidRDefault="00C7153C">
            <w:r>
              <w:rPr>
                <w:b/>
                <w:color w:val="E86F0C"/>
                <w:sz w:val="17"/>
              </w:rPr>
              <w:t>KONKRET TRENERHANDLING</w:t>
            </w:r>
          </w:p>
          <w:p w14:paraId="7819771F" w14:textId="77777777" w:rsidR="008872AB" w:rsidRDefault="00C7153C">
            <w:pPr>
              <w:spacing w:after="0"/>
              <w:rPr>
                <w:sz w:val="15"/>
              </w:rPr>
            </w:pPr>
            <w:r>
              <w:rPr>
                <w:sz w:val="15"/>
              </w:rPr>
              <w:t>Hva skal treneren faktisk gjøre eller si for å støtte læringen?</w:t>
            </w:r>
            <w:r>
              <w:rPr>
                <w:sz w:val="15"/>
              </w:rPr>
              <w:br/>
            </w:r>
          </w:p>
          <w:p w14:paraId="71E49B48" w14:textId="77777777" w:rsidR="008872AB" w:rsidRDefault="008872AB">
            <w:pPr>
              <w:spacing w:after="0"/>
              <w:rPr>
                <w:sz w:val="15"/>
              </w:rPr>
            </w:pPr>
          </w:p>
          <w:p w14:paraId="5037EC4E" w14:textId="77777777" w:rsidR="008872AB" w:rsidRDefault="008872AB">
            <w:pPr>
              <w:spacing w:after="0"/>
              <w:rPr>
                <w:sz w:val="15"/>
              </w:rPr>
            </w:pPr>
          </w:p>
          <w:p w14:paraId="527A0189" w14:textId="6A260919" w:rsidR="004F3054" w:rsidRDefault="00C7153C">
            <w:pPr>
              <w:spacing w:after="0"/>
            </w:pPr>
            <w:r>
              <w:rPr>
                <w:sz w:val="15"/>
              </w:rPr>
              <w:t>________________________________________</w:t>
            </w:r>
          </w:p>
        </w:tc>
        <w:tc>
          <w:tcPr>
            <w:tcW w:w="7540" w:type="dxa"/>
            <w:shd w:val="clear" w:color="auto" w:fill="F5F8FB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2D99D264" w14:textId="77777777" w:rsidR="004F3054" w:rsidRDefault="00C7153C">
            <w:r>
              <w:rPr>
                <w:b/>
                <w:color w:val="2E7D4A"/>
                <w:sz w:val="17"/>
              </w:rPr>
              <w:t>MIKROTILPASNING</w:t>
            </w:r>
          </w:p>
          <w:p w14:paraId="746C722D" w14:textId="77777777" w:rsidR="008872AB" w:rsidRDefault="00C7153C">
            <w:pPr>
              <w:spacing w:after="0"/>
              <w:rPr>
                <w:sz w:val="15"/>
              </w:rPr>
            </w:pPr>
            <w:r>
              <w:rPr>
                <w:sz w:val="15"/>
              </w:rPr>
              <w:t>Hvordan får en usikker og en erfaren utøver passende utfordring i samme oppgave?</w:t>
            </w:r>
            <w:r>
              <w:rPr>
                <w:sz w:val="15"/>
              </w:rPr>
              <w:br/>
            </w:r>
          </w:p>
          <w:p w14:paraId="645BF737" w14:textId="77777777" w:rsidR="008872AB" w:rsidRDefault="008872AB">
            <w:pPr>
              <w:spacing w:after="0"/>
              <w:rPr>
                <w:sz w:val="15"/>
              </w:rPr>
            </w:pPr>
          </w:p>
          <w:p w14:paraId="10C671D2" w14:textId="77777777" w:rsidR="008872AB" w:rsidRDefault="008872AB">
            <w:pPr>
              <w:spacing w:after="0"/>
              <w:rPr>
                <w:sz w:val="15"/>
              </w:rPr>
            </w:pPr>
          </w:p>
          <w:p w14:paraId="01291635" w14:textId="3727E69A" w:rsidR="004F3054" w:rsidRDefault="00C7153C">
            <w:pPr>
              <w:spacing w:after="0"/>
            </w:pPr>
            <w:r>
              <w:rPr>
                <w:sz w:val="15"/>
              </w:rPr>
              <w:t>________________________________________</w:t>
            </w:r>
          </w:p>
        </w:tc>
      </w:tr>
    </w:tbl>
    <w:p w14:paraId="3D2A8416" w14:textId="77777777" w:rsidR="00C7153C" w:rsidRDefault="00C7153C"/>
    <w:sectPr w:rsidR="00C7153C" w:rsidSect="00034616">
      <w:footerReference w:type="default" r:id="rId11"/>
      <w:pgSz w:w="23811" w:h="16838" w:orient="landscape"/>
      <w:pgMar w:top="397" w:right="510" w:bottom="369" w:left="5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4F319C" w14:textId="77777777" w:rsidR="00027408" w:rsidRDefault="00027408">
      <w:pPr>
        <w:spacing w:after="0" w:line="240" w:lineRule="auto"/>
      </w:pPr>
      <w:r>
        <w:separator/>
      </w:r>
    </w:p>
  </w:endnote>
  <w:endnote w:type="continuationSeparator" w:id="0">
    <w:p w14:paraId="014CD9D4" w14:textId="77777777" w:rsidR="00027408" w:rsidRDefault="000274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398940" w14:textId="77777777" w:rsidR="004F3054" w:rsidRDefault="00C7153C">
    <w:pPr>
      <w:pStyle w:val="Bunntekst"/>
      <w:jc w:val="center"/>
    </w:pPr>
    <w:proofErr w:type="spellStart"/>
    <w:r>
      <w:rPr>
        <w:color w:val="526274"/>
        <w:sz w:val="14"/>
      </w:rPr>
      <w:t>Norges</w:t>
    </w:r>
    <w:proofErr w:type="spellEnd"/>
    <w:r>
      <w:rPr>
        <w:color w:val="526274"/>
        <w:sz w:val="14"/>
      </w:rPr>
      <w:t xml:space="preserve"> </w:t>
    </w:r>
    <w:proofErr w:type="spellStart"/>
    <w:r>
      <w:rPr>
        <w:color w:val="526274"/>
        <w:sz w:val="14"/>
      </w:rPr>
      <w:t>Svømmeforbund</w:t>
    </w:r>
    <w:proofErr w:type="spellEnd"/>
    <w:r>
      <w:rPr>
        <w:color w:val="526274"/>
        <w:sz w:val="14"/>
      </w:rPr>
      <w:t xml:space="preserve">  |  Dive In 2026  |  Case 1: </w:t>
    </w:r>
    <w:proofErr w:type="spellStart"/>
    <w:r>
      <w:rPr>
        <w:color w:val="526274"/>
        <w:sz w:val="14"/>
      </w:rPr>
      <w:t>Ryggvending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03442A" w14:textId="77777777" w:rsidR="00027408" w:rsidRDefault="00027408">
      <w:pPr>
        <w:spacing w:after="0" w:line="240" w:lineRule="auto"/>
      </w:pPr>
      <w:r>
        <w:separator/>
      </w:r>
    </w:p>
  </w:footnote>
  <w:footnote w:type="continuationSeparator" w:id="0">
    <w:p w14:paraId="30E09873" w14:textId="77777777" w:rsidR="00027408" w:rsidRDefault="000274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17111039">
    <w:abstractNumId w:val="8"/>
  </w:num>
  <w:num w:numId="2" w16cid:durableId="1941133332">
    <w:abstractNumId w:val="6"/>
  </w:num>
  <w:num w:numId="3" w16cid:durableId="1218862186">
    <w:abstractNumId w:val="5"/>
  </w:num>
  <w:num w:numId="4" w16cid:durableId="1551846895">
    <w:abstractNumId w:val="4"/>
  </w:num>
  <w:num w:numId="5" w16cid:durableId="1551963495">
    <w:abstractNumId w:val="7"/>
  </w:num>
  <w:num w:numId="6" w16cid:durableId="1555387520">
    <w:abstractNumId w:val="3"/>
  </w:num>
  <w:num w:numId="7" w16cid:durableId="764686816">
    <w:abstractNumId w:val="2"/>
  </w:num>
  <w:num w:numId="8" w16cid:durableId="159541570">
    <w:abstractNumId w:val="1"/>
  </w:num>
  <w:num w:numId="9" w16cid:durableId="185037033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7408"/>
    <w:rsid w:val="00034616"/>
    <w:rsid w:val="0006063C"/>
    <w:rsid w:val="000A4A13"/>
    <w:rsid w:val="0015074B"/>
    <w:rsid w:val="0029639D"/>
    <w:rsid w:val="00326F90"/>
    <w:rsid w:val="004F3054"/>
    <w:rsid w:val="00590D7D"/>
    <w:rsid w:val="0064080D"/>
    <w:rsid w:val="008872AB"/>
    <w:rsid w:val="00A61058"/>
    <w:rsid w:val="00AA1D8D"/>
    <w:rsid w:val="00B47730"/>
    <w:rsid w:val="00C7153C"/>
    <w:rsid w:val="00CB0664"/>
    <w:rsid w:val="00F85AF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276662BA-BEE0-3F47-BF26-B432C2DF9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17263A"/>
      <w:sz w:val="16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618BF"/>
  </w:style>
  <w:style w:type="paragraph" w:styleId="Bunntekst">
    <w:name w:val="footer"/>
    <w:basedOn w:val="Normal"/>
    <w:link w:val="Bunn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618BF"/>
  </w:style>
  <w:style w:type="paragraph" w:styleId="Ingenmellomrom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tel">
    <w:name w:val="Title"/>
    <w:basedOn w:val="Normal"/>
    <w:next w:val="Normal"/>
    <w:link w:val="Tit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vsnit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merertliste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merertliste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merertliste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Sitat">
    <w:name w:val="Quote"/>
    <w:basedOn w:val="Normal"/>
    <w:next w:val="Normal"/>
    <w:link w:val="SitatTegn"/>
    <w:uiPriority w:val="29"/>
    <w:qFormat/>
    <w:rsid w:val="00FC693F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erk">
    <w:name w:val="Strong"/>
    <w:basedOn w:val="Standardskriftforavsnitt"/>
    <w:uiPriority w:val="22"/>
    <w:qFormat/>
    <w:rsid w:val="00FC693F"/>
    <w:rPr>
      <w:b/>
      <w:bCs/>
    </w:rPr>
  </w:style>
  <w:style w:type="character" w:styleId="Utheving">
    <w:name w:val="Emphasis"/>
    <w:basedOn w:val="Standardskriftforavsnitt"/>
    <w:uiPriority w:val="20"/>
    <w:qFormat/>
    <w:rsid w:val="00FC693F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C693F"/>
    <w:rPr>
      <w:b/>
      <w:bCs/>
      <w:i/>
      <w:iCs/>
      <w:color w:val="4F81BD" w:themeColor="accent1"/>
    </w:rPr>
  </w:style>
  <w:style w:type="character" w:styleId="Svakutheving">
    <w:name w:val="Subtle Emphasis"/>
    <w:basedOn w:val="Standardskriftforavsnitt"/>
    <w:uiPriority w:val="19"/>
    <w:qFormat/>
    <w:rsid w:val="00FC693F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FC693F"/>
    <w:rPr>
      <w:b/>
      <w:bCs/>
      <w:i/>
      <w:iCs/>
      <w:color w:val="4F81BD" w:themeColor="accent1"/>
    </w:rPr>
  </w:style>
  <w:style w:type="character" w:styleId="Svakreferanse">
    <w:name w:val="Subtle Reference"/>
    <w:basedOn w:val="Standardskriftforavsnitt"/>
    <w:uiPriority w:val="31"/>
    <w:qFormat/>
    <w:rsid w:val="00FC693F"/>
    <w:rPr>
      <w:smallCaps/>
      <w:color w:val="C0504D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FC693F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lrutenett">
    <w:name w:val="Table Grid"/>
    <w:basedOn w:val="Vanlig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legging">
    <w:name w:val="Light Shading"/>
    <w:basedOn w:val="Vanlig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rutenett">
    <w:name w:val="Light Grid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ddelsskyggelegging1">
    <w:name w:val="Medium Shading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ddelsliste2">
    <w:name w:val="Medium Lis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ddelsrutenett2">
    <w:name w:val="Medium Grid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uthevingsfarge2">
    <w:name w:val="Dark List Accent 2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uthevingsfarge3">
    <w:name w:val="Dark List Accent 3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uthevingsfarge4">
    <w:name w:val="Dark List Accent 4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uthevingsfarge5">
    <w:name w:val="Dark List Accent 5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uthevingsfarge6">
    <w:name w:val="Dark List Accent 6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gerikskyggelegging">
    <w:name w:val="Colorful Shading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geriktrutenett">
    <w:name w:val="Colorful Grid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C3AFC9C2C476C43A0EBC83FD12C3506" ma:contentTypeVersion="19" ma:contentTypeDescription="Opprett et nytt dokument." ma:contentTypeScope="" ma:versionID="2250deee2f7efea69a18d8d02d3c5804">
  <xsd:schema xmlns:xsd="http://www.w3.org/2001/XMLSchema" xmlns:xs="http://www.w3.org/2001/XMLSchema" xmlns:p="http://schemas.microsoft.com/office/2006/metadata/properties" xmlns:ns2="0407ded1-0cca-4a9c-a9ed-3adc42b62707" xmlns:ns3="1b3efd35-8258-464b-ae98-a25615be8447" xmlns:ns4="9e538389-cabc-4d4e-918a-8beb7ac0ecaa" targetNamespace="http://schemas.microsoft.com/office/2006/metadata/properties" ma:root="true" ma:fieldsID="5519ff07e23a3fd1a4cf3f6bf4bc2c44" ns2:_="" ns3:_="" ns4:_="">
    <xsd:import namespace="0407ded1-0cca-4a9c-a9ed-3adc42b62707"/>
    <xsd:import namespace="1b3efd35-8258-464b-ae98-a25615be8447"/>
    <xsd:import namespace="9e538389-cabc-4d4e-918a-8beb7ac0ec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07ded1-0cca-4a9c-a9ed-3adc42b627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3efd35-8258-464b-ae98-a25615be844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38389-cabc-4d4e-918a-8beb7ac0eca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423bd7f5-79ac-4149-babf-835b3c34f4bd}" ma:internalName="TaxCatchAll" ma:showField="CatchAllData" ma:web="1b3efd35-8258-464b-ae98-a25615be84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07ded1-0cca-4a9c-a9ed-3adc42b62707">
      <Terms xmlns="http://schemas.microsoft.com/office/infopath/2007/PartnerControls"/>
    </lcf76f155ced4ddcb4097134ff3c332f>
    <TaxCatchAll xmlns="9e538389-cabc-4d4e-918a-8beb7ac0eca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25849FE-2EB2-40FB-8DDD-37678E5940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07ded1-0cca-4a9c-a9ed-3adc42b62707"/>
    <ds:schemaRef ds:uri="1b3efd35-8258-464b-ae98-a25615be8447"/>
    <ds:schemaRef ds:uri="9e538389-cabc-4d4e-918a-8beb7ac0ec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34A023-495D-400F-90C9-598D70C2FB7B}">
  <ds:schemaRefs>
    <ds:schemaRef ds:uri="http://schemas.microsoft.com/office/2006/metadata/properties"/>
    <ds:schemaRef ds:uri="http://schemas.microsoft.com/office/infopath/2007/PartnerControls"/>
    <ds:schemaRef ds:uri="0407ded1-0cca-4a9c-a9ed-3adc42b62707"/>
    <ds:schemaRef ds:uri="9e538389-cabc-4d4e-918a-8beb7ac0ecaa"/>
  </ds:schemaRefs>
</ds:datastoreItem>
</file>

<file path=customXml/itemProps4.xml><?xml version="1.0" encoding="utf-8"?>
<ds:datastoreItem xmlns:ds="http://schemas.openxmlformats.org/officeDocument/2006/customXml" ds:itemID="{035BEDAE-3B17-40FA-A10A-DB0EC452B1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243</Words>
  <Characters>1585</Characters>
  <Application>Microsoft Office Word</Application>
  <DocSecurity>0</DocSecurity>
  <Lines>226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Faveri, Tore</dc:creator>
  <cp:keywords/>
  <dc:description>generated by python-docx</dc:description>
  <cp:lastModifiedBy>de Faveri, Tore</cp:lastModifiedBy>
  <cp:revision>5</cp:revision>
  <cp:lastPrinted>2026-08-26T10:44:00Z</cp:lastPrinted>
  <dcterms:created xsi:type="dcterms:W3CDTF">2026-08-26T10:33:00Z</dcterms:created>
  <dcterms:modified xsi:type="dcterms:W3CDTF">2026-08-26T10:49:00Z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0x0101003C3AFC9C2C476C43A0EBC83FD12C3506</vt:lpwstr>
  </property>
  <property fmtid="{D5CDD505-2E9C-101B-9397-08002B2CF9AE}" pid="3" name="MediaServiceImageTags">
    <vt:lpwstr/>
  </property>
  <property fmtid="{D5CDD505-2E9C-101B-9397-08002B2CF9AE}" pid="5" name="docLang">
    <vt:lpwstr>nb</vt:lpwstr>
  </property>
</Properties>
</file>